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C8F8D" w14:textId="77777777" w:rsidR="00270025" w:rsidRPr="00C4357B" w:rsidRDefault="00000000">
      <w:pPr>
        <w:spacing w:after="80"/>
        <w:rPr>
          <w:lang w:val="el-GR"/>
        </w:rPr>
      </w:pPr>
      <w:r w:rsidRPr="00C4357B">
        <w:rPr>
          <w:b/>
          <w:color w:val="1B365D"/>
          <w:sz w:val="44"/>
          <w:lang w:val="el-GR"/>
        </w:rPr>
        <w:t>ΠΡΟΓΡΑΜΜΑ ΜΑΘΗΜΑΤΟΣ «ΒΙΟΗΘΙΚΗ»</w:t>
      </w:r>
    </w:p>
    <w:p w14:paraId="404BFED9" w14:textId="77777777" w:rsidR="00270025" w:rsidRPr="00C4357B" w:rsidRDefault="00000000">
      <w:pPr>
        <w:spacing w:after="360"/>
        <w:rPr>
          <w:lang w:val="el-GR"/>
        </w:rPr>
      </w:pPr>
      <w:r w:rsidRPr="00C4357B">
        <w:rPr>
          <w:i/>
          <w:color w:val="5A6978"/>
          <w:sz w:val="26"/>
          <w:lang w:val="el-GR"/>
        </w:rPr>
        <w:t>Ακαδημαϊκό Έτος 2026–2027 | Ένταξη Θεμάτων Παρουσιάσεων &amp; Προσομοιώσεων Διαλόγων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270025" w:rsidRPr="00742E6F" w14:paraId="45226A68" w14:textId="77777777">
        <w:trPr>
          <w:jc w:val="center"/>
        </w:trPr>
        <w:tc>
          <w:tcPr>
            <w:tcW w:w="9360" w:type="dxa"/>
            <w:tcBorders>
              <w:left w:val="single" w:sz="24" w:space="0" w:color="1B365D"/>
            </w:tcBorders>
            <w:shd w:val="clear" w:color="auto" w:fill="F0F4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3E7C9084" w14:textId="77777777" w:rsidR="00270025" w:rsidRPr="00C4357B" w:rsidRDefault="00000000">
            <w:pPr>
              <w:spacing w:after="80"/>
              <w:rPr>
                <w:lang w:val="el-GR"/>
              </w:rPr>
            </w:pPr>
            <w:r w:rsidRPr="00C4357B">
              <w:rPr>
                <w:b/>
                <w:color w:val="1B365D"/>
                <w:lang w:val="el-GR"/>
              </w:rPr>
              <w:t>Γενικές Πληροφορίες Μαθήματος</w:t>
            </w:r>
          </w:p>
          <w:p w14:paraId="4BC0EEF2" w14:textId="77777777" w:rsidR="00270025" w:rsidRPr="00C4357B" w:rsidRDefault="00000000">
            <w:pPr>
              <w:spacing w:before="40" w:after="40"/>
              <w:rPr>
                <w:lang w:val="el-GR"/>
              </w:rPr>
            </w:pPr>
            <w:r w:rsidRPr="00C4357B">
              <w:rPr>
                <w:b/>
                <w:sz w:val="20"/>
                <w:lang w:val="el-GR"/>
              </w:rPr>
              <w:t xml:space="preserve">•  Ημέρες &amp; Ώρες Διδασκαλίας: </w:t>
            </w:r>
            <w:r w:rsidRPr="00C4357B">
              <w:rPr>
                <w:sz w:val="20"/>
                <w:lang w:val="el-GR"/>
              </w:rPr>
              <w:t>Δευτέρα 13:00–14:00 | Τρίτη 11:00–13:00</w:t>
            </w:r>
          </w:p>
          <w:p w14:paraId="439B8F55" w14:textId="7FF10098" w:rsidR="00270025" w:rsidRPr="00C4357B" w:rsidRDefault="00000000">
            <w:pPr>
              <w:spacing w:before="40" w:after="40"/>
              <w:rPr>
                <w:lang w:val="el-GR"/>
              </w:rPr>
            </w:pPr>
            <w:r w:rsidRPr="00C4357B">
              <w:rPr>
                <w:b/>
                <w:sz w:val="20"/>
                <w:lang w:val="el-GR"/>
              </w:rPr>
              <w:t xml:space="preserve">•  Συντονιστές Μαθήματος: </w:t>
            </w:r>
            <w:r w:rsidRPr="00C4357B">
              <w:rPr>
                <w:sz w:val="20"/>
                <w:lang w:val="el-GR"/>
              </w:rPr>
              <w:t>Παναγιώτης Αλεξόπουλος</w:t>
            </w:r>
            <w:r w:rsidR="00C4357B" w:rsidRPr="00C4357B">
              <w:rPr>
                <w:sz w:val="20"/>
                <w:lang w:val="el-GR"/>
              </w:rPr>
              <w:t xml:space="preserve"> (panos.alexopoulos@upatras.gr)</w:t>
            </w:r>
            <w:r w:rsidRPr="00C4357B">
              <w:rPr>
                <w:sz w:val="20"/>
                <w:lang w:val="el-GR"/>
              </w:rPr>
              <w:t>, Ζηνοβία-Μαρία Κεφαλοπούλου (</w:t>
            </w:r>
            <w:proofErr w:type="spellStart"/>
            <w:r>
              <w:rPr>
                <w:sz w:val="20"/>
              </w:rPr>
              <w:t>zmkef</w:t>
            </w:r>
            <w:proofErr w:type="spellEnd"/>
            <w:r w:rsidRPr="00C4357B">
              <w:rPr>
                <w:sz w:val="20"/>
                <w:lang w:val="el-GR"/>
              </w:rPr>
              <w:t>@</w:t>
            </w:r>
            <w:proofErr w:type="spellStart"/>
            <w:r>
              <w:rPr>
                <w:sz w:val="20"/>
              </w:rPr>
              <w:t>upatras</w:t>
            </w:r>
            <w:proofErr w:type="spellEnd"/>
            <w:r w:rsidRPr="00C4357B">
              <w:rPr>
                <w:sz w:val="20"/>
                <w:lang w:val="el-GR"/>
              </w:rPr>
              <w:t>.</w:t>
            </w:r>
            <w:r>
              <w:rPr>
                <w:sz w:val="20"/>
              </w:rPr>
              <w:t>gr</w:t>
            </w:r>
            <w:r w:rsidRPr="00C4357B">
              <w:rPr>
                <w:sz w:val="20"/>
                <w:lang w:val="el-GR"/>
              </w:rPr>
              <w:t>)</w:t>
            </w:r>
          </w:p>
          <w:p w14:paraId="41D68C6A" w14:textId="77777777" w:rsidR="00270025" w:rsidRPr="00C4357B" w:rsidRDefault="00000000">
            <w:pPr>
              <w:spacing w:before="40" w:after="40"/>
              <w:rPr>
                <w:lang w:val="el-GR"/>
              </w:rPr>
            </w:pPr>
            <w:r w:rsidRPr="00C4357B">
              <w:rPr>
                <w:b/>
                <w:sz w:val="20"/>
                <w:lang w:val="el-GR"/>
              </w:rPr>
              <w:t xml:space="preserve">•  Υπεύθυνος Προσομοιώσεων Διαλόγων: </w:t>
            </w:r>
            <w:proofErr w:type="spellStart"/>
            <w:r w:rsidRPr="00C4357B">
              <w:rPr>
                <w:sz w:val="20"/>
                <w:lang w:val="el-GR"/>
              </w:rPr>
              <w:t>Καθ</w:t>
            </w:r>
            <w:proofErr w:type="spellEnd"/>
            <w:r w:rsidRPr="00C4357B">
              <w:rPr>
                <w:sz w:val="20"/>
                <w:lang w:val="el-GR"/>
              </w:rPr>
              <w:t xml:space="preserve">. Α. </w:t>
            </w:r>
            <w:proofErr w:type="spellStart"/>
            <w:r w:rsidRPr="00C4357B">
              <w:rPr>
                <w:sz w:val="20"/>
                <w:lang w:val="el-GR"/>
              </w:rPr>
              <w:t>Βανταράκης</w:t>
            </w:r>
            <w:proofErr w:type="spellEnd"/>
            <w:r w:rsidRPr="00C4357B">
              <w:rPr>
                <w:sz w:val="20"/>
                <w:lang w:val="el-GR"/>
              </w:rPr>
              <w:t xml:space="preserve"> (</w:t>
            </w:r>
            <w:proofErr w:type="spellStart"/>
            <w:r>
              <w:rPr>
                <w:sz w:val="20"/>
              </w:rPr>
              <w:t>avanta</w:t>
            </w:r>
            <w:proofErr w:type="spellEnd"/>
            <w:r w:rsidRPr="00C4357B">
              <w:rPr>
                <w:sz w:val="20"/>
                <w:lang w:val="el-GR"/>
              </w:rPr>
              <w:t>@</w:t>
            </w:r>
            <w:proofErr w:type="spellStart"/>
            <w:r>
              <w:rPr>
                <w:sz w:val="20"/>
              </w:rPr>
              <w:t>upatras</w:t>
            </w:r>
            <w:proofErr w:type="spellEnd"/>
            <w:r w:rsidRPr="00C4357B">
              <w:rPr>
                <w:sz w:val="20"/>
                <w:lang w:val="el-GR"/>
              </w:rPr>
              <w:t>.</w:t>
            </w:r>
            <w:r>
              <w:rPr>
                <w:sz w:val="20"/>
              </w:rPr>
              <w:t>gr</w:t>
            </w:r>
            <w:r w:rsidRPr="00C4357B">
              <w:rPr>
                <w:sz w:val="20"/>
                <w:lang w:val="el-GR"/>
              </w:rPr>
              <w:t>)</w:t>
            </w:r>
          </w:p>
          <w:p w14:paraId="5ED5A4DC" w14:textId="77777777" w:rsidR="00270025" w:rsidRPr="00C4357B" w:rsidRDefault="00000000">
            <w:pPr>
              <w:spacing w:before="40" w:after="40"/>
              <w:rPr>
                <w:lang w:val="el-GR"/>
              </w:rPr>
            </w:pPr>
            <w:r w:rsidRPr="00C4357B">
              <w:rPr>
                <w:b/>
                <w:sz w:val="20"/>
                <w:lang w:val="el-GR"/>
              </w:rPr>
              <w:t xml:space="preserve">•  Αξιολόγηση Μαθήματος: </w:t>
            </w:r>
            <w:r w:rsidRPr="00C4357B">
              <w:rPr>
                <w:sz w:val="20"/>
                <w:lang w:val="el-GR"/>
              </w:rPr>
              <w:t>70% Γραπτή Εξέταση στο τέλος του εξαμήνου + 30% Συμμετοχή σε προσομοιώσεις διαλόγων / παρουσιάσεις μελέτης περίπτωσης</w:t>
            </w:r>
          </w:p>
        </w:tc>
      </w:tr>
    </w:tbl>
    <w:p w14:paraId="5458F37E" w14:textId="77777777" w:rsidR="00270025" w:rsidRPr="00C4357B" w:rsidRDefault="00270025">
      <w:pPr>
        <w:spacing w:after="240"/>
        <w:rPr>
          <w:lang w:val="el-GR"/>
        </w:rPr>
      </w:pPr>
    </w:p>
    <w:p w14:paraId="73820F33" w14:textId="77777777" w:rsidR="00270025" w:rsidRPr="00C4357B" w:rsidRDefault="00000000">
      <w:pPr>
        <w:pStyle w:val="Heading1"/>
        <w:spacing w:before="240" w:after="160"/>
        <w:rPr>
          <w:lang w:val="el-GR"/>
        </w:rPr>
      </w:pPr>
      <w:r w:rsidRPr="00C4357B">
        <w:rPr>
          <w:rFonts w:ascii="Calibri" w:hAnsi="Calibri"/>
          <w:color w:val="1B365D"/>
          <w:sz w:val="30"/>
          <w:lang w:val="el-GR"/>
        </w:rPr>
        <w:t>Αναλυτικό Πρόγραμμα Μαθημάτων &amp; Ενταγμένα Θέματα Παρουσιάσεων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84"/>
        <w:gridCol w:w="3024"/>
        <w:gridCol w:w="1872"/>
        <w:gridCol w:w="2880"/>
      </w:tblGrid>
      <w:tr w:rsidR="00270025" w14:paraId="740E3509" w14:textId="77777777">
        <w:trPr>
          <w:tblHeader/>
          <w:jc w:val="center"/>
        </w:trPr>
        <w:tc>
          <w:tcPr>
            <w:tcW w:w="1584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F8DFCFB" w14:textId="77777777" w:rsidR="00270025" w:rsidRDefault="00000000">
            <w:pPr>
              <w:spacing w:before="40" w:after="40"/>
            </w:pPr>
            <w:proofErr w:type="spellStart"/>
            <w:r>
              <w:rPr>
                <w:b/>
                <w:color w:val="FFFFFF"/>
                <w:sz w:val="19"/>
              </w:rPr>
              <w:t>Ημερομηνί</w:t>
            </w:r>
            <w:proofErr w:type="spellEnd"/>
            <w:r>
              <w:rPr>
                <w:b/>
                <w:color w:val="FFFFFF"/>
                <w:sz w:val="19"/>
              </w:rPr>
              <w:t>α</w:t>
            </w:r>
          </w:p>
        </w:tc>
        <w:tc>
          <w:tcPr>
            <w:tcW w:w="3024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52F00EC" w14:textId="77777777" w:rsidR="00270025" w:rsidRDefault="00000000">
            <w:pPr>
              <w:spacing w:before="40" w:after="40"/>
            </w:pPr>
            <w:r>
              <w:rPr>
                <w:b/>
                <w:color w:val="FFFFFF"/>
                <w:sz w:val="19"/>
              </w:rPr>
              <w:t>Θεματική Ενότητα</w:t>
            </w:r>
          </w:p>
        </w:tc>
        <w:tc>
          <w:tcPr>
            <w:tcW w:w="1872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7435279" w14:textId="77777777" w:rsidR="00270025" w:rsidRDefault="00000000">
            <w:pPr>
              <w:spacing w:before="40" w:after="40"/>
            </w:pPr>
            <w:r>
              <w:rPr>
                <w:b/>
                <w:color w:val="FFFFFF"/>
                <w:sz w:val="19"/>
              </w:rPr>
              <w:t>Διδάσκων</w:t>
            </w:r>
          </w:p>
        </w:tc>
        <w:tc>
          <w:tcPr>
            <w:tcW w:w="2880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CBFC5A5" w14:textId="77777777" w:rsidR="00270025" w:rsidRDefault="00000000">
            <w:pPr>
              <w:spacing w:before="40" w:after="40"/>
            </w:pPr>
            <w:r>
              <w:rPr>
                <w:b/>
                <w:color w:val="FFFFFF"/>
                <w:sz w:val="19"/>
              </w:rPr>
              <w:t>Ενταγμένα Θέματα Παρουσιάσεων &amp; Προσομοιώσεων</w:t>
            </w:r>
          </w:p>
        </w:tc>
      </w:tr>
      <w:tr w:rsidR="00270025" w14:paraId="5636D8A9" w14:textId="77777777">
        <w:trPr>
          <w:cantSplit/>
          <w:jc w:val="center"/>
        </w:trPr>
        <w:tc>
          <w:tcPr>
            <w:tcW w:w="1584" w:type="dxa"/>
            <w:shd w:val="clear" w:color="auto" w:fill="F9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015A243" w14:textId="77777777" w:rsidR="00270025" w:rsidRDefault="00000000">
            <w:pPr>
              <w:spacing w:before="20" w:after="20" w:line="260" w:lineRule="exact"/>
            </w:pPr>
            <w:r>
              <w:rPr>
                <w:b/>
                <w:color w:val="1B365D"/>
                <w:sz w:val="18"/>
              </w:rPr>
              <w:t>Δευτέρα</w:t>
            </w:r>
          </w:p>
          <w:p w14:paraId="38FED841" w14:textId="77777777" w:rsidR="00270025" w:rsidRDefault="00000000">
            <w:pPr>
              <w:spacing w:before="20" w:after="20" w:line="260" w:lineRule="exact"/>
            </w:pPr>
            <w:r>
              <w:rPr>
                <w:b/>
                <w:color w:val="1B365D"/>
                <w:sz w:val="18"/>
              </w:rPr>
              <w:t>28.09.2026</w:t>
            </w:r>
          </w:p>
        </w:tc>
        <w:tc>
          <w:tcPr>
            <w:tcW w:w="3024" w:type="dxa"/>
            <w:shd w:val="clear" w:color="auto" w:fill="F9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3BB0F61" w14:textId="77777777" w:rsidR="00270025" w:rsidRPr="00C4357B" w:rsidRDefault="00000000">
            <w:pPr>
              <w:spacing w:before="20" w:after="20" w:line="260" w:lineRule="exact"/>
              <w:rPr>
                <w:lang w:val="el-GR"/>
              </w:rPr>
            </w:pPr>
            <w:r w:rsidRPr="00C4357B">
              <w:rPr>
                <w:sz w:val="18"/>
                <w:lang w:val="el-GR"/>
              </w:rPr>
              <w:t>Συζήτηση των φοιτητών με τους διδάσκοντες – Στόχοι μαθήματος</w:t>
            </w:r>
          </w:p>
        </w:tc>
        <w:tc>
          <w:tcPr>
            <w:tcW w:w="1872" w:type="dxa"/>
            <w:shd w:val="clear" w:color="auto" w:fill="F9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A49C6F1" w14:textId="77777777" w:rsidR="00270025" w:rsidRDefault="00000000">
            <w:pPr>
              <w:spacing w:before="20" w:after="20" w:line="260" w:lineRule="exact"/>
            </w:pPr>
            <w:r>
              <w:rPr>
                <w:sz w:val="18"/>
              </w:rPr>
              <w:t xml:space="preserve">Π. </w:t>
            </w:r>
            <w:proofErr w:type="spellStart"/>
            <w:r>
              <w:rPr>
                <w:sz w:val="18"/>
              </w:rPr>
              <w:t>Αλεξό</w:t>
            </w:r>
            <w:proofErr w:type="spellEnd"/>
            <w:r>
              <w:rPr>
                <w:sz w:val="18"/>
              </w:rPr>
              <w:t>πουλος</w:t>
            </w:r>
          </w:p>
        </w:tc>
        <w:tc>
          <w:tcPr>
            <w:tcW w:w="2880" w:type="dxa"/>
            <w:shd w:val="clear" w:color="auto" w:fill="F9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B61E90F" w14:textId="77777777" w:rsidR="00270025" w:rsidRDefault="00000000">
            <w:pPr>
              <w:spacing w:before="20" w:after="20" w:line="260" w:lineRule="exact"/>
            </w:pPr>
            <w:r>
              <w:rPr>
                <w:sz w:val="18"/>
              </w:rPr>
              <w:t>Εισαγωγική συνάντηση γνωριμίας &amp; ενημέρωσης</w:t>
            </w:r>
          </w:p>
        </w:tc>
      </w:tr>
      <w:tr w:rsidR="00270025" w:rsidRPr="00742E6F" w14:paraId="05B4646A" w14:textId="77777777">
        <w:trPr>
          <w:cantSplit/>
          <w:jc w:val="center"/>
        </w:trPr>
        <w:tc>
          <w:tcPr>
            <w:tcW w:w="1584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122C109" w14:textId="77777777" w:rsidR="00270025" w:rsidRDefault="00000000">
            <w:pPr>
              <w:spacing w:before="20" w:after="20" w:line="260" w:lineRule="exact"/>
            </w:pPr>
            <w:r>
              <w:rPr>
                <w:b/>
                <w:color w:val="1B365D"/>
                <w:sz w:val="18"/>
              </w:rPr>
              <w:t>Τρίτη</w:t>
            </w:r>
          </w:p>
          <w:p w14:paraId="7D54307C" w14:textId="77777777" w:rsidR="00270025" w:rsidRDefault="00000000">
            <w:pPr>
              <w:spacing w:before="20" w:after="20" w:line="260" w:lineRule="exact"/>
            </w:pPr>
            <w:r>
              <w:rPr>
                <w:b/>
                <w:color w:val="1B365D"/>
                <w:sz w:val="18"/>
              </w:rPr>
              <w:t>29.09.2026</w:t>
            </w:r>
          </w:p>
        </w:tc>
        <w:tc>
          <w:tcPr>
            <w:tcW w:w="3024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1D50A6C" w14:textId="77777777" w:rsidR="00270025" w:rsidRPr="00C4357B" w:rsidRDefault="00000000">
            <w:pPr>
              <w:spacing w:before="20" w:after="20" w:line="260" w:lineRule="exact"/>
              <w:rPr>
                <w:lang w:val="el-GR"/>
              </w:rPr>
            </w:pPr>
            <w:r w:rsidRPr="00C4357B">
              <w:rPr>
                <w:sz w:val="18"/>
                <w:lang w:val="el-GR"/>
              </w:rPr>
              <w:t>Συζήτηση των φοιτητών με τους διδάσκοντες</w:t>
            </w:r>
          </w:p>
        </w:tc>
        <w:tc>
          <w:tcPr>
            <w:tcW w:w="187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4FD9101" w14:textId="77777777" w:rsidR="00270025" w:rsidRDefault="00000000">
            <w:pPr>
              <w:spacing w:before="20" w:after="20" w:line="260" w:lineRule="exact"/>
            </w:pPr>
            <w:r>
              <w:rPr>
                <w:sz w:val="18"/>
              </w:rPr>
              <w:t xml:space="preserve">Π. </w:t>
            </w:r>
            <w:proofErr w:type="spellStart"/>
            <w:r>
              <w:rPr>
                <w:sz w:val="18"/>
              </w:rPr>
              <w:t>Αλεξό</w:t>
            </w:r>
            <w:proofErr w:type="spellEnd"/>
            <w:r>
              <w:rPr>
                <w:sz w:val="18"/>
              </w:rPr>
              <w:t>πουλος,</w:t>
            </w:r>
          </w:p>
          <w:p w14:paraId="0EB07695" w14:textId="77777777" w:rsidR="00270025" w:rsidRDefault="00000000">
            <w:pPr>
              <w:spacing w:before="20" w:after="20" w:line="260" w:lineRule="exact"/>
            </w:pPr>
            <w:r>
              <w:rPr>
                <w:sz w:val="18"/>
              </w:rPr>
              <w:t>Ζ. Κεφαλοπούλου</w:t>
            </w:r>
          </w:p>
        </w:tc>
        <w:tc>
          <w:tcPr>
            <w:tcW w:w="2880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2C1F3D8" w14:textId="77777777" w:rsidR="00270025" w:rsidRPr="00C4357B" w:rsidRDefault="00000000">
            <w:pPr>
              <w:spacing w:before="20" w:after="20" w:line="260" w:lineRule="exact"/>
              <w:rPr>
                <w:lang w:val="el-GR"/>
              </w:rPr>
            </w:pPr>
            <w:r w:rsidRPr="00C4357B">
              <w:rPr>
                <w:sz w:val="18"/>
                <w:lang w:val="el-GR"/>
              </w:rPr>
              <w:t>Χωρισμός φοιτητών σε ομάδες &amp; συζήτηση θεμάτων προς παρουσίαση</w:t>
            </w:r>
          </w:p>
        </w:tc>
      </w:tr>
      <w:tr w:rsidR="00270025" w14:paraId="54B719AD" w14:textId="77777777">
        <w:trPr>
          <w:cantSplit/>
          <w:jc w:val="center"/>
        </w:trPr>
        <w:tc>
          <w:tcPr>
            <w:tcW w:w="1584" w:type="dxa"/>
            <w:shd w:val="clear" w:color="auto" w:fill="F9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47CD9CC" w14:textId="77777777" w:rsidR="00270025" w:rsidRDefault="00000000">
            <w:pPr>
              <w:spacing w:before="20" w:after="20" w:line="260" w:lineRule="exact"/>
            </w:pPr>
            <w:proofErr w:type="spellStart"/>
            <w:r>
              <w:rPr>
                <w:b/>
                <w:color w:val="1B365D"/>
                <w:sz w:val="18"/>
              </w:rPr>
              <w:t>Δευτέρ</w:t>
            </w:r>
            <w:proofErr w:type="spellEnd"/>
            <w:r>
              <w:rPr>
                <w:b/>
                <w:color w:val="1B365D"/>
                <w:sz w:val="18"/>
              </w:rPr>
              <w:t>α</w:t>
            </w:r>
          </w:p>
          <w:p w14:paraId="74BC5626" w14:textId="77777777" w:rsidR="00270025" w:rsidRDefault="00000000">
            <w:pPr>
              <w:spacing w:before="20" w:after="20" w:line="260" w:lineRule="exact"/>
            </w:pPr>
            <w:r>
              <w:rPr>
                <w:b/>
                <w:color w:val="1B365D"/>
                <w:sz w:val="18"/>
              </w:rPr>
              <w:t>05.10.2026</w:t>
            </w:r>
          </w:p>
        </w:tc>
        <w:tc>
          <w:tcPr>
            <w:tcW w:w="3024" w:type="dxa"/>
            <w:shd w:val="clear" w:color="auto" w:fill="F9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841F77F" w14:textId="77777777" w:rsidR="00270025" w:rsidRDefault="00000000">
            <w:pPr>
              <w:spacing w:before="20" w:after="20" w:line="260" w:lineRule="exact"/>
            </w:pPr>
            <w:r>
              <w:rPr>
                <w:sz w:val="18"/>
              </w:rPr>
              <w:t>Αρχές βιοηθικής</w:t>
            </w:r>
          </w:p>
        </w:tc>
        <w:tc>
          <w:tcPr>
            <w:tcW w:w="1872" w:type="dxa"/>
            <w:shd w:val="clear" w:color="auto" w:fill="F9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5C0C18B" w14:textId="77777777" w:rsidR="00270025" w:rsidRDefault="00000000">
            <w:pPr>
              <w:spacing w:before="20" w:after="20" w:line="260" w:lineRule="exact"/>
            </w:pPr>
            <w:r>
              <w:rPr>
                <w:sz w:val="18"/>
              </w:rPr>
              <w:t>Ζ. Κεφαλοπούλου</w:t>
            </w:r>
          </w:p>
        </w:tc>
        <w:tc>
          <w:tcPr>
            <w:tcW w:w="2880" w:type="dxa"/>
            <w:shd w:val="clear" w:color="auto" w:fill="F9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ECDB575" w14:textId="77777777" w:rsidR="00270025" w:rsidRDefault="00000000">
            <w:pPr>
              <w:spacing w:before="20" w:after="20" w:line="260" w:lineRule="exact"/>
            </w:pPr>
            <w:r>
              <w:rPr>
                <w:sz w:val="18"/>
              </w:rPr>
              <w:t>—</w:t>
            </w:r>
          </w:p>
        </w:tc>
      </w:tr>
      <w:tr w:rsidR="00270025" w14:paraId="35B027FD" w14:textId="77777777">
        <w:trPr>
          <w:cantSplit/>
          <w:jc w:val="center"/>
        </w:trPr>
        <w:tc>
          <w:tcPr>
            <w:tcW w:w="1584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F60E954" w14:textId="77777777" w:rsidR="00270025" w:rsidRDefault="00000000">
            <w:pPr>
              <w:spacing w:before="20" w:after="20" w:line="260" w:lineRule="exact"/>
            </w:pPr>
            <w:r>
              <w:rPr>
                <w:b/>
                <w:color w:val="1B365D"/>
                <w:sz w:val="18"/>
              </w:rPr>
              <w:t>Τρίτη</w:t>
            </w:r>
          </w:p>
          <w:p w14:paraId="13E3E913" w14:textId="77777777" w:rsidR="00270025" w:rsidRDefault="00000000">
            <w:pPr>
              <w:spacing w:before="20" w:after="20" w:line="260" w:lineRule="exact"/>
            </w:pPr>
            <w:r>
              <w:rPr>
                <w:b/>
                <w:color w:val="1B365D"/>
                <w:sz w:val="18"/>
              </w:rPr>
              <w:t>06.10.2026</w:t>
            </w:r>
          </w:p>
        </w:tc>
        <w:tc>
          <w:tcPr>
            <w:tcW w:w="3024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971422A" w14:textId="77777777" w:rsidR="00270025" w:rsidRPr="00C4357B" w:rsidRDefault="00000000">
            <w:pPr>
              <w:spacing w:before="20" w:after="20" w:line="260" w:lineRule="exact"/>
              <w:rPr>
                <w:lang w:val="el-GR"/>
              </w:rPr>
            </w:pPr>
            <w:r w:rsidRPr="00C4357B">
              <w:rPr>
                <w:sz w:val="18"/>
                <w:lang w:val="el-GR"/>
              </w:rPr>
              <w:t>Ηθικά διλήμματα στα Νευρολογικά Νοσήματα</w:t>
            </w:r>
          </w:p>
        </w:tc>
        <w:tc>
          <w:tcPr>
            <w:tcW w:w="187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040AF0" w14:textId="77777777" w:rsidR="00270025" w:rsidRDefault="00000000">
            <w:pPr>
              <w:spacing w:before="20" w:after="20" w:line="260" w:lineRule="exact"/>
            </w:pPr>
            <w:r>
              <w:rPr>
                <w:sz w:val="18"/>
              </w:rPr>
              <w:t xml:space="preserve">Ζ. </w:t>
            </w:r>
            <w:proofErr w:type="spellStart"/>
            <w:r>
              <w:rPr>
                <w:sz w:val="18"/>
              </w:rPr>
              <w:t>Κεφ</w:t>
            </w:r>
            <w:proofErr w:type="spellEnd"/>
            <w:r>
              <w:rPr>
                <w:sz w:val="18"/>
              </w:rPr>
              <w:t>αλοπούλου</w:t>
            </w:r>
          </w:p>
        </w:tc>
        <w:tc>
          <w:tcPr>
            <w:tcW w:w="2880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B24968B" w14:textId="77777777" w:rsidR="00270025" w:rsidRDefault="00000000">
            <w:pPr>
              <w:spacing w:before="20" w:after="20" w:line="260" w:lineRule="exact"/>
            </w:pPr>
            <w:r>
              <w:rPr>
                <w:sz w:val="18"/>
              </w:rPr>
              <w:t>—</w:t>
            </w:r>
          </w:p>
        </w:tc>
      </w:tr>
      <w:tr w:rsidR="00270025" w14:paraId="3C07B3B0" w14:textId="77777777">
        <w:trPr>
          <w:cantSplit/>
          <w:jc w:val="center"/>
        </w:trPr>
        <w:tc>
          <w:tcPr>
            <w:tcW w:w="1584" w:type="dxa"/>
            <w:shd w:val="clear" w:color="auto" w:fill="F9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1FAF86A" w14:textId="77777777" w:rsidR="00270025" w:rsidRDefault="00000000">
            <w:pPr>
              <w:spacing w:before="20" w:after="20" w:line="260" w:lineRule="exact"/>
            </w:pPr>
            <w:r>
              <w:rPr>
                <w:b/>
                <w:color w:val="1B365D"/>
                <w:sz w:val="18"/>
              </w:rPr>
              <w:t>Δευτέρα</w:t>
            </w:r>
          </w:p>
          <w:p w14:paraId="5418DCBD" w14:textId="77777777" w:rsidR="00270025" w:rsidRDefault="00000000">
            <w:pPr>
              <w:spacing w:before="20" w:after="20" w:line="260" w:lineRule="exact"/>
            </w:pPr>
            <w:r>
              <w:rPr>
                <w:b/>
                <w:color w:val="1B365D"/>
                <w:sz w:val="18"/>
              </w:rPr>
              <w:t>12.10.2026</w:t>
            </w:r>
          </w:p>
        </w:tc>
        <w:tc>
          <w:tcPr>
            <w:tcW w:w="3024" w:type="dxa"/>
            <w:shd w:val="clear" w:color="auto" w:fill="F9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8D91D85" w14:textId="77777777" w:rsidR="00270025" w:rsidRPr="00C4357B" w:rsidRDefault="00000000">
            <w:pPr>
              <w:spacing w:before="20" w:after="20" w:line="260" w:lineRule="exact"/>
              <w:rPr>
                <w:lang w:val="el-GR"/>
              </w:rPr>
            </w:pPr>
            <w:r w:rsidRPr="00C4357B">
              <w:rPr>
                <w:sz w:val="18"/>
                <w:lang w:val="el-GR"/>
              </w:rPr>
              <w:t xml:space="preserve">Ζητήματα βιοηθικής στη χορήγηση </w:t>
            </w:r>
            <w:proofErr w:type="spellStart"/>
            <w:r w:rsidRPr="00C4357B">
              <w:rPr>
                <w:sz w:val="18"/>
                <w:lang w:val="el-GR"/>
              </w:rPr>
              <w:t>ψυχότροπων</w:t>
            </w:r>
            <w:proofErr w:type="spellEnd"/>
            <w:r w:rsidRPr="00C4357B">
              <w:rPr>
                <w:sz w:val="18"/>
                <w:lang w:val="el-GR"/>
              </w:rPr>
              <w:t xml:space="preserve"> φαρμάκων σε παιδιατρικούς πληθυσμούς</w:t>
            </w:r>
          </w:p>
        </w:tc>
        <w:tc>
          <w:tcPr>
            <w:tcW w:w="1872" w:type="dxa"/>
            <w:shd w:val="clear" w:color="auto" w:fill="F9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C4E4F82" w14:textId="77777777" w:rsidR="00270025" w:rsidRDefault="00000000">
            <w:pPr>
              <w:spacing w:before="20" w:after="20" w:line="260" w:lineRule="exact"/>
            </w:pPr>
            <w:r>
              <w:rPr>
                <w:sz w:val="18"/>
              </w:rPr>
              <w:t>Κ. Καραΐβάζογλου</w:t>
            </w:r>
          </w:p>
        </w:tc>
        <w:tc>
          <w:tcPr>
            <w:tcW w:w="2880" w:type="dxa"/>
            <w:shd w:val="clear" w:color="auto" w:fill="F9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34D000D" w14:textId="77777777" w:rsidR="00270025" w:rsidRDefault="00000000">
            <w:pPr>
              <w:spacing w:before="20" w:after="20" w:line="260" w:lineRule="exact"/>
            </w:pPr>
            <w:r>
              <w:rPr>
                <w:sz w:val="18"/>
              </w:rPr>
              <w:t>—</w:t>
            </w:r>
          </w:p>
        </w:tc>
      </w:tr>
      <w:tr w:rsidR="00270025" w:rsidRPr="00742E6F" w14:paraId="6851E88B" w14:textId="77777777">
        <w:trPr>
          <w:cantSplit/>
          <w:jc w:val="center"/>
        </w:trPr>
        <w:tc>
          <w:tcPr>
            <w:tcW w:w="1584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E852CED" w14:textId="77777777" w:rsidR="00270025" w:rsidRDefault="00000000">
            <w:pPr>
              <w:spacing w:before="20" w:after="20" w:line="260" w:lineRule="exact"/>
            </w:pPr>
            <w:r>
              <w:rPr>
                <w:b/>
                <w:color w:val="1B365D"/>
                <w:sz w:val="18"/>
              </w:rPr>
              <w:lastRenderedPageBreak/>
              <w:t>Τρίτη</w:t>
            </w:r>
          </w:p>
          <w:p w14:paraId="26193D3E" w14:textId="77777777" w:rsidR="00270025" w:rsidRDefault="00000000">
            <w:pPr>
              <w:spacing w:before="20" w:after="20" w:line="260" w:lineRule="exact"/>
            </w:pPr>
            <w:r>
              <w:rPr>
                <w:b/>
                <w:color w:val="1B365D"/>
                <w:sz w:val="18"/>
              </w:rPr>
              <w:t>13.10.2026</w:t>
            </w:r>
          </w:p>
        </w:tc>
        <w:tc>
          <w:tcPr>
            <w:tcW w:w="3024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14F2F64" w14:textId="77777777" w:rsidR="00270025" w:rsidRPr="00C4357B" w:rsidRDefault="00000000">
            <w:pPr>
              <w:spacing w:before="20" w:after="20" w:line="260" w:lineRule="exact"/>
              <w:rPr>
                <w:lang w:val="el-GR"/>
              </w:rPr>
            </w:pPr>
            <w:r w:rsidRPr="00C4357B">
              <w:rPr>
                <w:sz w:val="18"/>
                <w:lang w:val="el-GR"/>
              </w:rPr>
              <w:t>Σχέση Ιατρού Ασθενούς / Ιατρική πράξη βασιζόμενη σε αξίες</w:t>
            </w:r>
          </w:p>
        </w:tc>
        <w:tc>
          <w:tcPr>
            <w:tcW w:w="187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5D9EE30" w14:textId="77777777" w:rsidR="00270025" w:rsidRDefault="00000000">
            <w:pPr>
              <w:spacing w:before="20" w:after="20" w:line="260" w:lineRule="exact"/>
            </w:pPr>
            <w:r>
              <w:rPr>
                <w:sz w:val="18"/>
              </w:rPr>
              <w:t xml:space="preserve">Π. </w:t>
            </w:r>
            <w:proofErr w:type="spellStart"/>
            <w:r>
              <w:rPr>
                <w:sz w:val="18"/>
              </w:rPr>
              <w:t>Αλεξό</w:t>
            </w:r>
            <w:proofErr w:type="spellEnd"/>
            <w:r>
              <w:rPr>
                <w:sz w:val="18"/>
              </w:rPr>
              <w:t>πουλος</w:t>
            </w:r>
          </w:p>
        </w:tc>
        <w:tc>
          <w:tcPr>
            <w:tcW w:w="2880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4937FA1" w14:textId="6789C0C7" w:rsidR="00270025" w:rsidRPr="005436A9" w:rsidRDefault="00000000">
            <w:pPr>
              <w:spacing w:before="20" w:after="20" w:line="260" w:lineRule="exact"/>
              <w:rPr>
                <w:lang w:val="el-GR"/>
              </w:rPr>
            </w:pPr>
            <w:r w:rsidRPr="00C4357B">
              <w:rPr>
                <w:color w:val="1E5082"/>
                <w:sz w:val="18"/>
                <w:lang w:val="el-GR"/>
              </w:rPr>
              <w:t xml:space="preserve">• Αυτοκτονία και ευθανασία – το </w:t>
            </w:r>
            <w:proofErr w:type="spellStart"/>
            <w:r w:rsidRPr="00C4357B">
              <w:rPr>
                <w:color w:val="1E5082"/>
                <w:sz w:val="18"/>
                <w:lang w:val="el-GR"/>
              </w:rPr>
              <w:t>βιοηθικό</w:t>
            </w:r>
            <w:proofErr w:type="spellEnd"/>
            <w:r w:rsidRPr="00C4357B">
              <w:rPr>
                <w:color w:val="1E5082"/>
                <w:sz w:val="18"/>
                <w:lang w:val="el-GR"/>
              </w:rPr>
              <w:t xml:space="preserve"> όριο</w:t>
            </w:r>
            <w:r w:rsidR="005436A9" w:rsidRPr="005436A9">
              <w:rPr>
                <w:color w:val="1E5082"/>
                <w:sz w:val="18"/>
                <w:lang w:val="el-GR"/>
              </w:rPr>
              <w:t xml:space="preserve"> </w:t>
            </w:r>
            <w:r w:rsidR="005436A9" w:rsidRPr="00BB2619">
              <w:rPr>
                <w:b/>
                <w:bCs/>
                <w:color w:val="C00000"/>
                <w:sz w:val="18"/>
                <w:lang w:val="el-GR"/>
              </w:rPr>
              <w:t xml:space="preserve">(Ε. </w:t>
            </w:r>
            <w:proofErr w:type="spellStart"/>
            <w:r w:rsidR="005436A9" w:rsidRPr="00BB2619">
              <w:rPr>
                <w:b/>
                <w:bCs/>
                <w:color w:val="C00000"/>
                <w:sz w:val="18"/>
                <w:lang w:val="el-GR"/>
              </w:rPr>
              <w:t>Πανακούλια</w:t>
            </w:r>
            <w:proofErr w:type="spellEnd"/>
            <w:r w:rsidR="005436A9" w:rsidRPr="00BB2619">
              <w:rPr>
                <w:b/>
                <w:bCs/>
                <w:color w:val="C00000"/>
                <w:sz w:val="18"/>
                <w:lang w:val="el-GR"/>
              </w:rPr>
              <w:t>)</w:t>
            </w:r>
          </w:p>
          <w:p w14:paraId="39941550" w14:textId="566FE9CF" w:rsidR="00270025" w:rsidRPr="00C4357B" w:rsidRDefault="00000000">
            <w:pPr>
              <w:spacing w:before="20" w:after="20" w:line="260" w:lineRule="exact"/>
              <w:rPr>
                <w:lang w:val="el-GR"/>
              </w:rPr>
            </w:pPr>
            <w:r w:rsidRPr="00C4357B">
              <w:rPr>
                <w:color w:val="1E5082"/>
                <w:sz w:val="18"/>
                <w:lang w:val="el-GR"/>
              </w:rPr>
              <w:t>• Αυτονομία, συναίνεση, άρνηση θεραπείας</w:t>
            </w:r>
            <w:r w:rsidR="002B0134">
              <w:rPr>
                <w:color w:val="1E5082"/>
                <w:sz w:val="18"/>
                <w:lang w:val="el-GR"/>
              </w:rPr>
              <w:t xml:space="preserve"> </w:t>
            </w:r>
            <w:r w:rsidR="002B0134" w:rsidRPr="00BB2619">
              <w:rPr>
                <w:b/>
                <w:bCs/>
                <w:color w:val="C00000"/>
                <w:sz w:val="18"/>
                <w:lang w:val="el-GR"/>
              </w:rPr>
              <w:t xml:space="preserve">(Ρ. </w:t>
            </w:r>
            <w:proofErr w:type="spellStart"/>
            <w:r w:rsidR="002B0134" w:rsidRPr="00BB2619">
              <w:rPr>
                <w:b/>
                <w:bCs/>
                <w:color w:val="C00000"/>
                <w:sz w:val="18"/>
                <w:lang w:val="el-GR"/>
              </w:rPr>
              <w:t>Μανιάκου</w:t>
            </w:r>
            <w:proofErr w:type="spellEnd"/>
            <w:r w:rsidR="002B0134" w:rsidRPr="00BB2619">
              <w:rPr>
                <w:b/>
                <w:bCs/>
                <w:color w:val="C00000"/>
                <w:sz w:val="18"/>
                <w:lang w:val="el-GR"/>
              </w:rPr>
              <w:t>)</w:t>
            </w:r>
          </w:p>
          <w:p w14:paraId="16BB722A" w14:textId="77777777" w:rsidR="00BB2619" w:rsidRDefault="00000000">
            <w:pPr>
              <w:spacing w:before="20" w:after="20" w:line="260" w:lineRule="exact"/>
              <w:rPr>
                <w:color w:val="1E5082"/>
                <w:sz w:val="18"/>
                <w:lang w:val="el-GR"/>
              </w:rPr>
            </w:pPr>
            <w:r w:rsidRPr="00C4357B">
              <w:rPr>
                <w:color w:val="1E5082"/>
                <w:sz w:val="18"/>
                <w:lang w:val="el-GR"/>
              </w:rPr>
              <w:t>• Τεχνητή νοημοσύνη και σχέση ιατρού ασθενούς</w:t>
            </w:r>
            <w:r w:rsidR="005436A9">
              <w:rPr>
                <w:color w:val="1E5082"/>
                <w:sz w:val="18"/>
                <w:lang w:val="el-GR"/>
              </w:rPr>
              <w:t xml:space="preserve"> </w:t>
            </w:r>
          </w:p>
          <w:p w14:paraId="01025F08" w14:textId="4CA951FF" w:rsidR="00270025" w:rsidRPr="00C4357B" w:rsidRDefault="005436A9">
            <w:pPr>
              <w:spacing w:before="20" w:after="20" w:line="260" w:lineRule="exact"/>
              <w:rPr>
                <w:lang w:val="el-GR"/>
              </w:rPr>
            </w:pPr>
            <w:r w:rsidRPr="00BB2619">
              <w:rPr>
                <w:b/>
                <w:bCs/>
                <w:color w:val="C00000"/>
                <w:sz w:val="18"/>
                <w:lang w:val="el-GR"/>
              </w:rPr>
              <w:t>(Α. Κωνσταντίνου)</w:t>
            </w:r>
          </w:p>
          <w:p w14:paraId="0F2AAE2D" w14:textId="77777777" w:rsidR="00BB2619" w:rsidRDefault="00000000">
            <w:pPr>
              <w:spacing w:before="20" w:after="20" w:line="260" w:lineRule="exact"/>
              <w:rPr>
                <w:color w:val="1E5082"/>
                <w:sz w:val="18"/>
                <w:lang w:val="el-GR"/>
              </w:rPr>
            </w:pPr>
            <w:r w:rsidRPr="00742E6F">
              <w:rPr>
                <w:color w:val="1E5082"/>
                <w:sz w:val="18"/>
                <w:lang w:val="el-GR"/>
              </w:rPr>
              <w:t xml:space="preserve">• Ανάστροφη </w:t>
            </w:r>
            <w:proofErr w:type="spellStart"/>
            <w:r w:rsidRPr="00742E6F">
              <w:rPr>
                <w:color w:val="1E5082"/>
                <w:sz w:val="18"/>
                <w:lang w:val="el-GR"/>
              </w:rPr>
              <w:t>φυλομετάβαση</w:t>
            </w:r>
            <w:proofErr w:type="spellEnd"/>
            <w:r w:rsidR="005436A9">
              <w:rPr>
                <w:color w:val="1E5082"/>
                <w:sz w:val="18"/>
                <w:lang w:val="el-GR"/>
              </w:rPr>
              <w:t xml:space="preserve"> </w:t>
            </w:r>
          </w:p>
          <w:p w14:paraId="53045586" w14:textId="30177686" w:rsidR="00270025" w:rsidRPr="00BB2619" w:rsidRDefault="005436A9">
            <w:pPr>
              <w:spacing w:before="20" w:after="20" w:line="260" w:lineRule="exact"/>
              <w:rPr>
                <w:b/>
                <w:bCs/>
                <w:lang w:val="el-GR"/>
              </w:rPr>
            </w:pPr>
            <w:r w:rsidRPr="00BB2619">
              <w:rPr>
                <w:b/>
                <w:bCs/>
                <w:color w:val="C00000"/>
                <w:sz w:val="18"/>
                <w:lang w:val="el-GR"/>
              </w:rPr>
              <w:t xml:space="preserve">(Ι. </w:t>
            </w:r>
            <w:proofErr w:type="spellStart"/>
            <w:r w:rsidRPr="00BB2619">
              <w:rPr>
                <w:b/>
                <w:bCs/>
                <w:color w:val="C00000"/>
                <w:sz w:val="18"/>
                <w:lang w:val="el-GR"/>
              </w:rPr>
              <w:t>Μπουμπούρακας</w:t>
            </w:r>
            <w:proofErr w:type="spellEnd"/>
            <w:r w:rsidRPr="00BB2619">
              <w:rPr>
                <w:b/>
                <w:bCs/>
                <w:color w:val="C00000"/>
                <w:sz w:val="18"/>
                <w:lang w:val="el-GR"/>
              </w:rPr>
              <w:t>)</w:t>
            </w:r>
          </w:p>
        </w:tc>
      </w:tr>
      <w:tr w:rsidR="00270025" w:rsidRPr="00742E6F" w14:paraId="68FC768C" w14:textId="77777777">
        <w:trPr>
          <w:cantSplit/>
          <w:jc w:val="center"/>
        </w:trPr>
        <w:tc>
          <w:tcPr>
            <w:tcW w:w="1584" w:type="dxa"/>
            <w:shd w:val="clear" w:color="auto" w:fill="F9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9531342" w14:textId="77777777" w:rsidR="00270025" w:rsidRDefault="00000000">
            <w:pPr>
              <w:spacing w:before="20" w:after="20" w:line="260" w:lineRule="exact"/>
            </w:pPr>
            <w:proofErr w:type="spellStart"/>
            <w:r>
              <w:rPr>
                <w:b/>
                <w:color w:val="1B365D"/>
                <w:sz w:val="18"/>
              </w:rPr>
              <w:t>Δευτέρ</w:t>
            </w:r>
            <w:proofErr w:type="spellEnd"/>
            <w:r>
              <w:rPr>
                <w:b/>
                <w:color w:val="1B365D"/>
                <w:sz w:val="18"/>
              </w:rPr>
              <w:t>α</w:t>
            </w:r>
          </w:p>
          <w:p w14:paraId="7316A0FE" w14:textId="77777777" w:rsidR="00270025" w:rsidRDefault="00000000">
            <w:pPr>
              <w:spacing w:before="20" w:after="20" w:line="260" w:lineRule="exact"/>
            </w:pPr>
            <w:r>
              <w:rPr>
                <w:b/>
                <w:color w:val="1B365D"/>
                <w:sz w:val="18"/>
              </w:rPr>
              <w:t>19.10.2026</w:t>
            </w:r>
          </w:p>
        </w:tc>
        <w:tc>
          <w:tcPr>
            <w:tcW w:w="3024" w:type="dxa"/>
            <w:shd w:val="clear" w:color="auto" w:fill="F9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62B1E31" w14:textId="77777777" w:rsidR="00270025" w:rsidRPr="00C4357B" w:rsidRDefault="00000000">
            <w:pPr>
              <w:spacing w:before="20" w:after="20" w:line="260" w:lineRule="exact"/>
              <w:rPr>
                <w:lang w:val="el-GR"/>
              </w:rPr>
            </w:pPr>
            <w:r w:rsidRPr="00C4357B">
              <w:rPr>
                <w:sz w:val="18"/>
                <w:lang w:val="el-GR"/>
              </w:rPr>
              <w:t>Καταχώρηση – μεταφορά – αποθήκευση και πρόσβαση στα ιατρικά δεδομένα / αρχεία</w:t>
            </w:r>
          </w:p>
        </w:tc>
        <w:tc>
          <w:tcPr>
            <w:tcW w:w="1872" w:type="dxa"/>
            <w:shd w:val="clear" w:color="auto" w:fill="F9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F32299E" w14:textId="77777777" w:rsidR="00270025" w:rsidRDefault="00000000">
            <w:pPr>
              <w:spacing w:before="20" w:after="20" w:line="260" w:lineRule="exact"/>
            </w:pPr>
            <w:r>
              <w:rPr>
                <w:sz w:val="18"/>
              </w:rPr>
              <w:t>Γ. Σακελλαρόπουλος</w:t>
            </w:r>
          </w:p>
        </w:tc>
        <w:tc>
          <w:tcPr>
            <w:tcW w:w="2880" w:type="dxa"/>
            <w:shd w:val="clear" w:color="auto" w:fill="F9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273A136" w14:textId="46C4A0F4" w:rsidR="00270025" w:rsidRPr="00C4357B" w:rsidRDefault="00000000">
            <w:pPr>
              <w:spacing w:before="20" w:after="20" w:line="260" w:lineRule="exact"/>
              <w:rPr>
                <w:lang w:val="el-GR"/>
              </w:rPr>
            </w:pPr>
            <w:r w:rsidRPr="00C4357B">
              <w:rPr>
                <w:color w:val="1E5082"/>
                <w:sz w:val="18"/>
                <w:lang w:val="el-GR"/>
              </w:rPr>
              <w:t xml:space="preserve">Γενετικά δεδομένα / πρόσβαση και χρήση </w:t>
            </w:r>
            <w:r w:rsidR="00947D78" w:rsidRPr="00BB2619">
              <w:rPr>
                <w:b/>
                <w:bCs/>
                <w:color w:val="C00000"/>
                <w:sz w:val="18"/>
                <w:lang w:val="el-GR"/>
              </w:rPr>
              <w:t>(Ε. Μήλιου)</w:t>
            </w:r>
          </w:p>
        </w:tc>
      </w:tr>
      <w:tr w:rsidR="00270025" w:rsidRPr="00742E6F" w14:paraId="285BE16B" w14:textId="77777777">
        <w:trPr>
          <w:cantSplit/>
          <w:jc w:val="center"/>
        </w:trPr>
        <w:tc>
          <w:tcPr>
            <w:tcW w:w="1584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85CC236" w14:textId="77777777" w:rsidR="00270025" w:rsidRDefault="00000000">
            <w:pPr>
              <w:spacing w:before="20" w:after="20" w:line="260" w:lineRule="exact"/>
            </w:pPr>
            <w:proofErr w:type="spellStart"/>
            <w:r>
              <w:rPr>
                <w:b/>
                <w:color w:val="1B365D"/>
                <w:sz w:val="18"/>
              </w:rPr>
              <w:t>Τρίτη</w:t>
            </w:r>
            <w:proofErr w:type="spellEnd"/>
          </w:p>
          <w:p w14:paraId="599353ED" w14:textId="77777777" w:rsidR="00270025" w:rsidRDefault="00000000">
            <w:pPr>
              <w:spacing w:before="20" w:after="20" w:line="260" w:lineRule="exact"/>
            </w:pPr>
            <w:r>
              <w:rPr>
                <w:b/>
                <w:color w:val="1B365D"/>
                <w:sz w:val="18"/>
              </w:rPr>
              <w:t>20.10.2026</w:t>
            </w:r>
          </w:p>
        </w:tc>
        <w:tc>
          <w:tcPr>
            <w:tcW w:w="3024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407A1CA" w14:textId="77777777" w:rsidR="00270025" w:rsidRPr="00C4357B" w:rsidRDefault="00000000">
            <w:pPr>
              <w:spacing w:before="20" w:after="20" w:line="260" w:lineRule="exact"/>
              <w:rPr>
                <w:lang w:val="el-GR"/>
              </w:rPr>
            </w:pPr>
            <w:proofErr w:type="spellStart"/>
            <w:r w:rsidRPr="00C4357B">
              <w:rPr>
                <w:sz w:val="18"/>
                <w:lang w:val="el-GR"/>
              </w:rPr>
              <w:t>Νευροηθική</w:t>
            </w:r>
            <w:proofErr w:type="spellEnd"/>
            <w:r w:rsidRPr="00C4357B">
              <w:rPr>
                <w:sz w:val="18"/>
                <w:lang w:val="el-GR"/>
              </w:rPr>
              <w:t xml:space="preserve"> / Ηθικά διλήμματα και εφαρμογές τεχνητής νοημοσύνης στην Υγεία</w:t>
            </w:r>
          </w:p>
        </w:tc>
        <w:tc>
          <w:tcPr>
            <w:tcW w:w="187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3D66B12" w14:textId="77777777" w:rsidR="00270025" w:rsidRDefault="00000000">
            <w:pPr>
              <w:spacing w:before="20" w:after="20" w:line="260" w:lineRule="exact"/>
            </w:pPr>
            <w:r>
              <w:rPr>
                <w:sz w:val="18"/>
              </w:rPr>
              <w:t>Ζ. Κεφαλοπούλου</w:t>
            </w:r>
          </w:p>
        </w:tc>
        <w:tc>
          <w:tcPr>
            <w:tcW w:w="2880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242CC96" w14:textId="77777777" w:rsidR="00BB2619" w:rsidRDefault="00B56398" w:rsidP="00B56398">
            <w:pPr>
              <w:spacing w:before="20" w:after="20" w:line="260" w:lineRule="exact"/>
              <w:rPr>
                <w:color w:val="1E5082"/>
                <w:sz w:val="18"/>
                <w:lang w:val="el-GR"/>
              </w:rPr>
            </w:pPr>
            <w:r w:rsidRPr="00C4357B">
              <w:rPr>
                <w:color w:val="1E5082"/>
                <w:sz w:val="18"/>
                <w:lang w:val="el-GR"/>
              </w:rPr>
              <w:t xml:space="preserve">• Ευθανασία και ανίατες </w:t>
            </w:r>
            <w:proofErr w:type="spellStart"/>
            <w:r w:rsidRPr="00C4357B">
              <w:rPr>
                <w:color w:val="1E5082"/>
                <w:sz w:val="18"/>
                <w:lang w:val="el-GR"/>
              </w:rPr>
              <w:t>νευροεκφυλιστικές</w:t>
            </w:r>
            <w:proofErr w:type="spellEnd"/>
            <w:r w:rsidRPr="00C4357B">
              <w:rPr>
                <w:color w:val="1E5082"/>
                <w:sz w:val="18"/>
                <w:lang w:val="el-GR"/>
              </w:rPr>
              <w:t xml:space="preserve"> παθήσεις</w:t>
            </w:r>
            <w:r>
              <w:rPr>
                <w:color w:val="1E5082"/>
                <w:sz w:val="18"/>
                <w:lang w:val="el-GR"/>
              </w:rPr>
              <w:t xml:space="preserve"> </w:t>
            </w:r>
          </w:p>
          <w:p w14:paraId="732938EB" w14:textId="7368B05D" w:rsidR="00B56398" w:rsidRPr="00BB2619" w:rsidRDefault="00B56398" w:rsidP="00B56398">
            <w:pPr>
              <w:spacing w:before="20" w:after="20" w:line="260" w:lineRule="exact"/>
              <w:rPr>
                <w:b/>
                <w:bCs/>
                <w:color w:val="C00000"/>
                <w:sz w:val="18"/>
                <w:lang w:val="el-GR"/>
              </w:rPr>
            </w:pPr>
            <w:r w:rsidRPr="00BB2619">
              <w:rPr>
                <w:b/>
                <w:bCs/>
                <w:color w:val="C00000"/>
                <w:sz w:val="18"/>
                <w:lang w:val="el-GR"/>
              </w:rPr>
              <w:t xml:space="preserve">(Ι. </w:t>
            </w:r>
            <w:proofErr w:type="spellStart"/>
            <w:r w:rsidRPr="00BB2619">
              <w:rPr>
                <w:b/>
                <w:bCs/>
                <w:color w:val="C00000"/>
                <w:sz w:val="18"/>
                <w:lang w:val="el-GR"/>
              </w:rPr>
              <w:t>Κρίντα</w:t>
            </w:r>
            <w:proofErr w:type="spellEnd"/>
            <w:r w:rsidRPr="00BB2619">
              <w:rPr>
                <w:b/>
                <w:bCs/>
                <w:color w:val="C00000"/>
                <w:sz w:val="18"/>
                <w:lang w:val="el-GR"/>
              </w:rPr>
              <w:t>)</w:t>
            </w:r>
          </w:p>
          <w:p w14:paraId="4ADCE62C" w14:textId="07BC115A" w:rsidR="00270025" w:rsidRPr="00C4357B" w:rsidRDefault="00000000">
            <w:pPr>
              <w:spacing w:before="20" w:after="20" w:line="260" w:lineRule="exact"/>
              <w:rPr>
                <w:lang w:val="el-GR"/>
              </w:rPr>
            </w:pPr>
            <w:r w:rsidRPr="00C4357B">
              <w:rPr>
                <w:color w:val="1E5082"/>
                <w:sz w:val="18"/>
                <w:lang w:val="el-GR"/>
              </w:rPr>
              <w:t>• Τεχνητή νοημοσύνη και Ιατρική Ευθύνη</w:t>
            </w:r>
            <w:r w:rsidR="00113824">
              <w:rPr>
                <w:color w:val="1E5082"/>
                <w:sz w:val="18"/>
                <w:lang w:val="el-GR"/>
              </w:rPr>
              <w:t xml:space="preserve"> </w:t>
            </w:r>
            <w:r w:rsidR="00113824" w:rsidRPr="002B6A50">
              <w:rPr>
                <w:b/>
                <w:bCs/>
                <w:color w:val="C00000"/>
                <w:sz w:val="18"/>
                <w:lang w:val="el-GR"/>
              </w:rPr>
              <w:t>(Ο. Σάκε)</w:t>
            </w:r>
            <w:r w:rsidR="00113824" w:rsidRPr="002B6A50">
              <w:rPr>
                <w:color w:val="C00000"/>
                <w:sz w:val="18"/>
                <w:lang w:val="el-GR"/>
              </w:rPr>
              <w:t xml:space="preserve"> </w:t>
            </w:r>
          </w:p>
          <w:p w14:paraId="4B2A145C" w14:textId="7038B584" w:rsidR="00270025" w:rsidRPr="00C4357B" w:rsidRDefault="00000000" w:rsidP="00023AE9">
            <w:pPr>
              <w:spacing w:before="20" w:after="20" w:line="260" w:lineRule="exact"/>
              <w:rPr>
                <w:lang w:val="el-GR"/>
              </w:rPr>
            </w:pPr>
            <w:r w:rsidRPr="00C4357B">
              <w:rPr>
                <w:color w:val="1E5082"/>
                <w:sz w:val="18"/>
                <w:lang w:val="el-GR"/>
              </w:rPr>
              <w:t>• Τεχνητή νοημοσύνη και ηθικά διλήμματα στην ιατρική εκπαίδευση</w:t>
            </w:r>
            <w:r w:rsidR="003618B4">
              <w:rPr>
                <w:color w:val="1E5082"/>
                <w:sz w:val="18"/>
                <w:lang w:val="el-GR"/>
              </w:rPr>
              <w:t xml:space="preserve"> </w:t>
            </w:r>
            <w:r w:rsidR="003618B4" w:rsidRPr="002B6A50">
              <w:rPr>
                <w:b/>
                <w:bCs/>
                <w:color w:val="C00000"/>
                <w:sz w:val="18"/>
                <w:lang w:val="el-GR"/>
              </w:rPr>
              <w:t xml:space="preserve">(Ι. </w:t>
            </w:r>
            <w:proofErr w:type="spellStart"/>
            <w:r w:rsidR="003618B4" w:rsidRPr="002B6A50">
              <w:rPr>
                <w:b/>
                <w:bCs/>
                <w:color w:val="C00000"/>
                <w:sz w:val="18"/>
                <w:lang w:val="el-GR"/>
              </w:rPr>
              <w:t>Φουρτουλάκης</w:t>
            </w:r>
            <w:proofErr w:type="spellEnd"/>
            <w:r w:rsidR="003618B4" w:rsidRPr="002B6A50">
              <w:rPr>
                <w:b/>
                <w:bCs/>
                <w:color w:val="C00000"/>
                <w:sz w:val="18"/>
                <w:lang w:val="el-GR"/>
              </w:rPr>
              <w:t>)</w:t>
            </w:r>
          </w:p>
        </w:tc>
      </w:tr>
      <w:tr w:rsidR="00270025" w:rsidRPr="00742E6F" w14:paraId="522F81BD" w14:textId="77777777">
        <w:trPr>
          <w:cantSplit/>
          <w:jc w:val="center"/>
        </w:trPr>
        <w:tc>
          <w:tcPr>
            <w:tcW w:w="1584" w:type="dxa"/>
            <w:shd w:val="clear" w:color="auto" w:fill="F9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7E39119" w14:textId="77777777" w:rsidR="00270025" w:rsidRDefault="00000000">
            <w:pPr>
              <w:spacing w:before="20" w:after="20" w:line="260" w:lineRule="exact"/>
            </w:pPr>
            <w:proofErr w:type="spellStart"/>
            <w:r>
              <w:rPr>
                <w:b/>
                <w:color w:val="1B365D"/>
                <w:sz w:val="18"/>
              </w:rPr>
              <w:t>Δευτέρ</w:t>
            </w:r>
            <w:proofErr w:type="spellEnd"/>
            <w:r>
              <w:rPr>
                <w:b/>
                <w:color w:val="1B365D"/>
                <w:sz w:val="18"/>
              </w:rPr>
              <w:t>α</w:t>
            </w:r>
          </w:p>
          <w:p w14:paraId="20425403" w14:textId="77777777" w:rsidR="00270025" w:rsidRDefault="00000000">
            <w:pPr>
              <w:spacing w:before="20" w:after="20" w:line="260" w:lineRule="exact"/>
            </w:pPr>
            <w:r>
              <w:rPr>
                <w:b/>
                <w:color w:val="1B365D"/>
                <w:sz w:val="18"/>
              </w:rPr>
              <w:t>26.10.2026</w:t>
            </w:r>
          </w:p>
        </w:tc>
        <w:tc>
          <w:tcPr>
            <w:tcW w:w="3024" w:type="dxa"/>
            <w:shd w:val="clear" w:color="auto" w:fill="F9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B9DA818" w14:textId="77777777" w:rsidR="00270025" w:rsidRDefault="00000000">
            <w:pPr>
              <w:spacing w:before="20" w:after="20" w:line="260" w:lineRule="exact"/>
            </w:pPr>
            <w:r>
              <w:rPr>
                <w:sz w:val="18"/>
              </w:rPr>
              <w:t>Βιοηθική στα μεταδοτικά νοσήματα</w:t>
            </w:r>
          </w:p>
        </w:tc>
        <w:tc>
          <w:tcPr>
            <w:tcW w:w="1872" w:type="dxa"/>
            <w:shd w:val="clear" w:color="auto" w:fill="F9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A46729D" w14:textId="77777777" w:rsidR="00270025" w:rsidRDefault="00000000">
            <w:pPr>
              <w:spacing w:before="20" w:after="20" w:line="260" w:lineRule="exact"/>
            </w:pPr>
            <w:r>
              <w:rPr>
                <w:sz w:val="18"/>
              </w:rPr>
              <w:t>Ε. Τερζή</w:t>
            </w:r>
          </w:p>
        </w:tc>
        <w:tc>
          <w:tcPr>
            <w:tcW w:w="2880" w:type="dxa"/>
            <w:shd w:val="clear" w:color="auto" w:fill="F9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BA7DF54" w14:textId="0F40C434" w:rsidR="00270025" w:rsidRPr="00C4357B" w:rsidRDefault="00000000">
            <w:pPr>
              <w:spacing w:before="20" w:after="20" w:line="260" w:lineRule="exact"/>
              <w:rPr>
                <w:lang w:val="el-GR"/>
              </w:rPr>
            </w:pPr>
            <w:r w:rsidRPr="00C4357B">
              <w:rPr>
                <w:color w:val="1E5082"/>
                <w:sz w:val="18"/>
                <w:lang w:val="el-GR"/>
              </w:rPr>
              <w:t xml:space="preserve">• Προγράμματα υποχρεωτικού εμβολιασμού και αυτονομία </w:t>
            </w:r>
            <w:r w:rsidR="00947D78">
              <w:rPr>
                <w:color w:val="1E5082"/>
                <w:sz w:val="18"/>
                <w:lang w:val="el-GR"/>
              </w:rPr>
              <w:t xml:space="preserve">         </w:t>
            </w:r>
            <w:r w:rsidR="00947D78" w:rsidRPr="002B6A50">
              <w:rPr>
                <w:b/>
                <w:bCs/>
                <w:color w:val="C00000"/>
                <w:sz w:val="18"/>
                <w:lang w:val="el-GR"/>
              </w:rPr>
              <w:t>(Α. Γκούμα)</w:t>
            </w:r>
          </w:p>
        </w:tc>
      </w:tr>
      <w:tr w:rsidR="00270025" w:rsidRPr="00742E6F" w14:paraId="020659CB" w14:textId="77777777">
        <w:trPr>
          <w:cantSplit/>
          <w:jc w:val="center"/>
        </w:trPr>
        <w:tc>
          <w:tcPr>
            <w:tcW w:w="1584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39122E7" w14:textId="77777777" w:rsidR="00270025" w:rsidRDefault="00000000">
            <w:pPr>
              <w:spacing w:before="20" w:after="20" w:line="260" w:lineRule="exact"/>
            </w:pPr>
            <w:proofErr w:type="spellStart"/>
            <w:r>
              <w:rPr>
                <w:b/>
                <w:color w:val="1B365D"/>
                <w:sz w:val="18"/>
              </w:rPr>
              <w:t>Τρίτη</w:t>
            </w:r>
            <w:proofErr w:type="spellEnd"/>
          </w:p>
          <w:p w14:paraId="71F4B954" w14:textId="77777777" w:rsidR="00270025" w:rsidRDefault="00000000">
            <w:pPr>
              <w:spacing w:before="20" w:after="20" w:line="260" w:lineRule="exact"/>
            </w:pPr>
            <w:r>
              <w:rPr>
                <w:b/>
                <w:color w:val="1B365D"/>
                <w:sz w:val="18"/>
              </w:rPr>
              <w:t>27.10.2026</w:t>
            </w:r>
          </w:p>
        </w:tc>
        <w:tc>
          <w:tcPr>
            <w:tcW w:w="3024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476BB4F" w14:textId="77777777" w:rsidR="00270025" w:rsidRPr="00C4357B" w:rsidRDefault="00000000">
            <w:pPr>
              <w:spacing w:before="20" w:after="20" w:line="260" w:lineRule="exact"/>
              <w:rPr>
                <w:lang w:val="el-GR"/>
              </w:rPr>
            </w:pPr>
            <w:r w:rsidRPr="00C4357B">
              <w:rPr>
                <w:sz w:val="18"/>
                <w:lang w:val="el-GR"/>
              </w:rPr>
              <w:t>Ποιότητα ζωής – διλήμματα κατά την φροντίδα ασθενών τελικού σταδίου</w:t>
            </w:r>
          </w:p>
        </w:tc>
        <w:tc>
          <w:tcPr>
            <w:tcW w:w="187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8662EE5" w14:textId="77777777" w:rsidR="00270025" w:rsidRDefault="00000000">
            <w:pPr>
              <w:spacing w:before="20" w:after="20" w:line="260" w:lineRule="exact"/>
              <w:rPr>
                <w:sz w:val="18"/>
                <w:lang w:val="el-GR"/>
              </w:rPr>
            </w:pPr>
            <w:r w:rsidRPr="00742E6F">
              <w:rPr>
                <w:sz w:val="18"/>
                <w:lang w:val="el-GR"/>
              </w:rPr>
              <w:t>Φ. Δημητρακόπουλος</w:t>
            </w:r>
          </w:p>
          <w:p w14:paraId="69FC9FD6" w14:textId="6580B8F4" w:rsidR="005E4ED8" w:rsidRPr="005E4ED8" w:rsidRDefault="005E4ED8">
            <w:pPr>
              <w:spacing w:before="20" w:after="20" w:line="260" w:lineRule="exact"/>
              <w:rPr>
                <w:lang w:val="el-GR"/>
              </w:rPr>
            </w:pPr>
          </w:p>
        </w:tc>
        <w:tc>
          <w:tcPr>
            <w:tcW w:w="2880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78D1FC3" w14:textId="77777777" w:rsidR="00270025" w:rsidRPr="002B6A50" w:rsidRDefault="00000000">
            <w:pPr>
              <w:spacing w:before="20" w:after="20" w:line="260" w:lineRule="exact"/>
              <w:rPr>
                <w:b/>
                <w:bCs/>
                <w:color w:val="C00000"/>
                <w:sz w:val="18"/>
                <w:lang w:val="el-GR"/>
              </w:rPr>
            </w:pPr>
            <w:r w:rsidRPr="00C4357B">
              <w:rPr>
                <w:color w:val="1E5082"/>
                <w:sz w:val="18"/>
                <w:lang w:val="el-GR"/>
              </w:rPr>
              <w:t>• Ποιότητα ζωής – διλήμματα κατά την φροντίδα ασθενών τελικού σταδίου</w:t>
            </w:r>
            <w:r w:rsidR="00FC34A3">
              <w:rPr>
                <w:color w:val="1E5082"/>
                <w:sz w:val="18"/>
                <w:lang w:val="el-GR"/>
              </w:rPr>
              <w:t xml:space="preserve"> </w:t>
            </w:r>
            <w:r w:rsidR="00FC34A3" w:rsidRPr="002B6A50">
              <w:rPr>
                <w:b/>
                <w:bCs/>
                <w:color w:val="C00000"/>
                <w:sz w:val="18"/>
                <w:lang w:val="el-GR"/>
              </w:rPr>
              <w:t xml:space="preserve">(Α. </w:t>
            </w:r>
            <w:proofErr w:type="spellStart"/>
            <w:r w:rsidR="00FC34A3" w:rsidRPr="002B6A50">
              <w:rPr>
                <w:b/>
                <w:bCs/>
                <w:color w:val="C00000"/>
                <w:sz w:val="18"/>
                <w:lang w:val="el-GR"/>
              </w:rPr>
              <w:t>Αμπουλέρη</w:t>
            </w:r>
            <w:proofErr w:type="spellEnd"/>
            <w:r w:rsidR="00FC34A3" w:rsidRPr="002B6A50">
              <w:rPr>
                <w:b/>
                <w:bCs/>
                <w:color w:val="C00000"/>
                <w:sz w:val="18"/>
                <w:lang w:val="el-GR"/>
              </w:rPr>
              <w:t>)</w:t>
            </w:r>
          </w:p>
          <w:p w14:paraId="4576B4E3" w14:textId="77777777" w:rsidR="00023AE9" w:rsidRPr="002B6A50" w:rsidRDefault="00023AE9">
            <w:pPr>
              <w:spacing w:before="20" w:after="20" w:line="260" w:lineRule="exact"/>
              <w:rPr>
                <w:color w:val="1E5082"/>
                <w:sz w:val="18"/>
                <w:lang w:val="el-GR"/>
              </w:rPr>
            </w:pPr>
          </w:p>
          <w:p w14:paraId="1B8CC24A" w14:textId="62D37B1E" w:rsidR="005E4ED8" w:rsidRPr="00C4357B" w:rsidRDefault="005E4ED8" w:rsidP="00B56398">
            <w:pPr>
              <w:spacing w:before="20" w:after="20" w:line="260" w:lineRule="exact"/>
              <w:rPr>
                <w:lang w:val="el-GR"/>
              </w:rPr>
            </w:pPr>
          </w:p>
        </w:tc>
      </w:tr>
      <w:tr w:rsidR="00270025" w14:paraId="3F794FA8" w14:textId="77777777">
        <w:trPr>
          <w:cantSplit/>
          <w:jc w:val="center"/>
        </w:trPr>
        <w:tc>
          <w:tcPr>
            <w:tcW w:w="1584" w:type="dxa"/>
            <w:shd w:val="clear" w:color="auto" w:fill="F9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8AF6A1B" w14:textId="77777777" w:rsidR="00270025" w:rsidRDefault="00000000">
            <w:pPr>
              <w:spacing w:before="20" w:after="20" w:line="260" w:lineRule="exact"/>
            </w:pPr>
            <w:proofErr w:type="spellStart"/>
            <w:r>
              <w:rPr>
                <w:b/>
                <w:color w:val="1B365D"/>
                <w:sz w:val="18"/>
              </w:rPr>
              <w:t>Δευτέρ</w:t>
            </w:r>
            <w:proofErr w:type="spellEnd"/>
            <w:r>
              <w:rPr>
                <w:b/>
                <w:color w:val="1B365D"/>
                <w:sz w:val="18"/>
              </w:rPr>
              <w:t>α</w:t>
            </w:r>
          </w:p>
          <w:p w14:paraId="0C8671D8" w14:textId="77777777" w:rsidR="00270025" w:rsidRDefault="00000000">
            <w:pPr>
              <w:spacing w:before="20" w:after="20" w:line="260" w:lineRule="exact"/>
            </w:pPr>
            <w:r>
              <w:rPr>
                <w:b/>
                <w:color w:val="1B365D"/>
                <w:sz w:val="18"/>
              </w:rPr>
              <w:t>02.11.2026</w:t>
            </w:r>
          </w:p>
        </w:tc>
        <w:tc>
          <w:tcPr>
            <w:tcW w:w="3024" w:type="dxa"/>
            <w:shd w:val="clear" w:color="auto" w:fill="F9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CCA2265" w14:textId="77777777" w:rsidR="00270025" w:rsidRPr="00C4357B" w:rsidRDefault="00000000">
            <w:pPr>
              <w:spacing w:before="20" w:after="20" w:line="260" w:lineRule="exact"/>
              <w:rPr>
                <w:lang w:val="el-GR"/>
              </w:rPr>
            </w:pPr>
            <w:proofErr w:type="spellStart"/>
            <w:r w:rsidRPr="00C4357B">
              <w:rPr>
                <w:sz w:val="18"/>
                <w:lang w:val="el-GR"/>
              </w:rPr>
              <w:t>Βιοηθικά</w:t>
            </w:r>
            <w:proofErr w:type="spellEnd"/>
            <w:r w:rsidRPr="00C4357B">
              <w:rPr>
                <w:sz w:val="18"/>
                <w:lang w:val="el-GR"/>
              </w:rPr>
              <w:t xml:space="preserve"> προβλήματα στις ΜΕΘ – Εγκεφαλικός θάνατος</w:t>
            </w:r>
          </w:p>
        </w:tc>
        <w:tc>
          <w:tcPr>
            <w:tcW w:w="1872" w:type="dxa"/>
            <w:shd w:val="clear" w:color="auto" w:fill="F9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19635A4" w14:textId="77777777" w:rsidR="00270025" w:rsidRDefault="00000000">
            <w:pPr>
              <w:spacing w:before="20" w:after="20" w:line="260" w:lineRule="exact"/>
            </w:pPr>
            <w:r>
              <w:rPr>
                <w:sz w:val="18"/>
              </w:rPr>
              <w:t xml:space="preserve">Φ. </w:t>
            </w:r>
            <w:proofErr w:type="spellStart"/>
            <w:r>
              <w:rPr>
                <w:sz w:val="18"/>
              </w:rPr>
              <w:t>Φλίγκου</w:t>
            </w:r>
            <w:proofErr w:type="spellEnd"/>
          </w:p>
        </w:tc>
        <w:tc>
          <w:tcPr>
            <w:tcW w:w="2880" w:type="dxa"/>
            <w:shd w:val="clear" w:color="auto" w:fill="F9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A9489DA" w14:textId="77777777" w:rsidR="00270025" w:rsidRDefault="00000000">
            <w:pPr>
              <w:spacing w:before="20" w:after="20" w:line="260" w:lineRule="exact"/>
            </w:pPr>
            <w:r>
              <w:rPr>
                <w:sz w:val="18"/>
              </w:rPr>
              <w:t>—</w:t>
            </w:r>
          </w:p>
        </w:tc>
      </w:tr>
      <w:tr w:rsidR="00270025" w:rsidRPr="0027431F" w14:paraId="6223E703" w14:textId="77777777">
        <w:trPr>
          <w:cantSplit/>
          <w:jc w:val="center"/>
        </w:trPr>
        <w:tc>
          <w:tcPr>
            <w:tcW w:w="1584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BF1A33E" w14:textId="77777777" w:rsidR="00270025" w:rsidRDefault="00000000">
            <w:pPr>
              <w:spacing w:before="20" w:after="20" w:line="260" w:lineRule="exact"/>
            </w:pPr>
            <w:r>
              <w:rPr>
                <w:b/>
                <w:color w:val="1B365D"/>
                <w:sz w:val="18"/>
              </w:rPr>
              <w:t>Τρίτη</w:t>
            </w:r>
          </w:p>
          <w:p w14:paraId="701058BD" w14:textId="77777777" w:rsidR="00270025" w:rsidRDefault="00000000">
            <w:pPr>
              <w:spacing w:before="20" w:after="20" w:line="260" w:lineRule="exact"/>
            </w:pPr>
            <w:r>
              <w:rPr>
                <w:b/>
                <w:color w:val="1B365D"/>
                <w:sz w:val="18"/>
              </w:rPr>
              <w:t>03.11.2026</w:t>
            </w:r>
          </w:p>
        </w:tc>
        <w:tc>
          <w:tcPr>
            <w:tcW w:w="3024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E2934FC" w14:textId="77777777" w:rsidR="00270025" w:rsidRPr="00C4357B" w:rsidRDefault="00000000">
            <w:pPr>
              <w:spacing w:before="20" w:after="20" w:line="260" w:lineRule="exact"/>
              <w:rPr>
                <w:lang w:val="el-GR"/>
              </w:rPr>
            </w:pPr>
            <w:r w:rsidRPr="00C4357B">
              <w:rPr>
                <w:sz w:val="18"/>
                <w:lang w:val="el-GR"/>
              </w:rPr>
              <w:t>Βιοηθική στο χώρο του Τμήματος Επειγόντων Περιστατικών (ΤΕΠ)</w:t>
            </w:r>
          </w:p>
        </w:tc>
        <w:tc>
          <w:tcPr>
            <w:tcW w:w="187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DE277CB" w14:textId="087AF0F9" w:rsidR="00270025" w:rsidRPr="0027431F" w:rsidRDefault="00000000">
            <w:pPr>
              <w:spacing w:before="20" w:after="20" w:line="260" w:lineRule="exact"/>
              <w:rPr>
                <w:lang w:val="el-GR"/>
              </w:rPr>
            </w:pPr>
            <w:r>
              <w:rPr>
                <w:sz w:val="18"/>
              </w:rPr>
              <w:t xml:space="preserve">Γ. </w:t>
            </w:r>
            <w:proofErr w:type="spellStart"/>
            <w:r>
              <w:rPr>
                <w:sz w:val="18"/>
              </w:rPr>
              <w:t>Σκρουμ</w:t>
            </w:r>
            <w:proofErr w:type="spellEnd"/>
            <w:r>
              <w:rPr>
                <w:sz w:val="18"/>
              </w:rPr>
              <w:t>πής</w:t>
            </w:r>
          </w:p>
          <w:p w14:paraId="041A9532" w14:textId="793DFF9A" w:rsidR="00270025" w:rsidRDefault="00270025">
            <w:pPr>
              <w:spacing w:before="20" w:after="20" w:line="260" w:lineRule="exact"/>
            </w:pPr>
          </w:p>
        </w:tc>
        <w:tc>
          <w:tcPr>
            <w:tcW w:w="2880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DA489A" w14:textId="77777777" w:rsidR="00270025" w:rsidRPr="00C4357B" w:rsidRDefault="00000000">
            <w:pPr>
              <w:spacing w:before="20" w:after="20" w:line="260" w:lineRule="exact"/>
              <w:rPr>
                <w:lang w:val="el-GR"/>
              </w:rPr>
            </w:pPr>
            <w:r w:rsidRPr="00C4357B">
              <w:rPr>
                <w:b/>
                <w:color w:val="963C00"/>
                <w:sz w:val="18"/>
                <w:lang w:val="el-GR"/>
              </w:rPr>
              <w:t xml:space="preserve">[ΠΡΟΣΟΜΟΙΩΣΕΙΣ ΔΙΑΛΟΓΩΝ — Επιβλέπων: Α. </w:t>
            </w:r>
            <w:proofErr w:type="spellStart"/>
            <w:r w:rsidRPr="00C4357B">
              <w:rPr>
                <w:b/>
                <w:color w:val="963C00"/>
                <w:sz w:val="18"/>
                <w:lang w:val="el-GR"/>
              </w:rPr>
              <w:t>Βανταράκης</w:t>
            </w:r>
            <w:proofErr w:type="spellEnd"/>
            <w:r w:rsidRPr="00C4357B">
              <w:rPr>
                <w:b/>
                <w:color w:val="963C00"/>
                <w:sz w:val="18"/>
                <w:lang w:val="el-GR"/>
              </w:rPr>
              <w:t>]</w:t>
            </w:r>
          </w:p>
          <w:p w14:paraId="1316A608" w14:textId="77777777" w:rsidR="00BB2619" w:rsidRDefault="00000000">
            <w:pPr>
              <w:spacing w:before="20" w:after="20" w:line="260" w:lineRule="exact"/>
              <w:rPr>
                <w:color w:val="1E5082"/>
                <w:sz w:val="18"/>
                <w:lang w:val="el-GR"/>
              </w:rPr>
            </w:pPr>
            <w:r w:rsidRPr="00C4357B">
              <w:rPr>
                <w:color w:val="1E5082"/>
                <w:sz w:val="18"/>
                <w:lang w:val="el-GR"/>
              </w:rPr>
              <w:t>1. Ακούσια νοσηλεία-Καθήλωση</w:t>
            </w:r>
            <w:r w:rsidR="0027431F">
              <w:rPr>
                <w:color w:val="1E5082"/>
                <w:sz w:val="18"/>
                <w:lang w:val="el-GR"/>
              </w:rPr>
              <w:t xml:space="preserve"> </w:t>
            </w:r>
          </w:p>
          <w:p w14:paraId="73200094" w14:textId="7D1B158C" w:rsidR="00270025" w:rsidRPr="002B6A50" w:rsidRDefault="0027431F">
            <w:pPr>
              <w:spacing w:before="20" w:after="20" w:line="260" w:lineRule="exact"/>
              <w:rPr>
                <w:b/>
                <w:bCs/>
                <w:color w:val="C00000"/>
                <w:lang w:val="el-GR"/>
              </w:rPr>
            </w:pPr>
            <w:r w:rsidRPr="002B6A50">
              <w:rPr>
                <w:b/>
                <w:bCs/>
                <w:color w:val="C00000"/>
                <w:sz w:val="18"/>
                <w:lang w:val="el-GR"/>
              </w:rPr>
              <w:t>(Π. Σταματόπουλος)</w:t>
            </w:r>
          </w:p>
          <w:p w14:paraId="0E51E8E6" w14:textId="77777777" w:rsidR="00BB2619" w:rsidRDefault="00000000">
            <w:pPr>
              <w:spacing w:before="20" w:after="20" w:line="260" w:lineRule="exact"/>
              <w:rPr>
                <w:color w:val="1E5082"/>
                <w:sz w:val="18"/>
                <w:lang w:val="el-GR"/>
              </w:rPr>
            </w:pPr>
            <w:r w:rsidRPr="00C4357B">
              <w:rPr>
                <w:color w:val="1E5082"/>
                <w:sz w:val="18"/>
                <w:lang w:val="el-GR"/>
              </w:rPr>
              <w:t>2. Λήψη απόφασης σε παιδιά την εποχή της τεχνητής νοημοσύνης</w:t>
            </w:r>
            <w:r w:rsidR="0027431F">
              <w:rPr>
                <w:color w:val="1E5082"/>
                <w:sz w:val="18"/>
                <w:lang w:val="el-GR"/>
              </w:rPr>
              <w:t xml:space="preserve"> </w:t>
            </w:r>
          </w:p>
          <w:p w14:paraId="2DC3164B" w14:textId="66EC3248" w:rsidR="00270025" w:rsidRPr="002B6A50" w:rsidRDefault="0027431F">
            <w:pPr>
              <w:spacing w:before="20" w:after="20" w:line="260" w:lineRule="exact"/>
              <w:rPr>
                <w:b/>
                <w:bCs/>
                <w:color w:val="C00000"/>
                <w:lang w:val="el-GR"/>
              </w:rPr>
            </w:pPr>
            <w:r w:rsidRPr="002B6A50">
              <w:rPr>
                <w:b/>
                <w:bCs/>
                <w:color w:val="C00000"/>
                <w:sz w:val="18"/>
                <w:lang w:val="el-GR"/>
              </w:rPr>
              <w:t xml:space="preserve">(Ε. </w:t>
            </w:r>
            <w:proofErr w:type="spellStart"/>
            <w:r w:rsidRPr="002B6A50">
              <w:rPr>
                <w:b/>
                <w:bCs/>
                <w:color w:val="C00000"/>
                <w:sz w:val="18"/>
                <w:lang w:val="el-GR"/>
              </w:rPr>
              <w:t>Λιάλιαρης</w:t>
            </w:r>
            <w:proofErr w:type="spellEnd"/>
            <w:r w:rsidRPr="002B6A50">
              <w:rPr>
                <w:b/>
                <w:bCs/>
                <w:color w:val="C00000"/>
                <w:sz w:val="18"/>
                <w:lang w:val="el-GR"/>
              </w:rPr>
              <w:t xml:space="preserve">) </w:t>
            </w:r>
          </w:p>
          <w:p w14:paraId="4A240BD6" w14:textId="77777777" w:rsidR="00BB2619" w:rsidRDefault="00000000">
            <w:pPr>
              <w:spacing w:before="20" w:after="20" w:line="260" w:lineRule="exact"/>
              <w:rPr>
                <w:color w:val="1E5082"/>
                <w:sz w:val="18"/>
                <w:lang w:val="el-GR"/>
              </w:rPr>
            </w:pPr>
            <w:r w:rsidRPr="0027431F">
              <w:rPr>
                <w:color w:val="1E5082"/>
                <w:sz w:val="18"/>
                <w:lang w:val="el-GR"/>
              </w:rPr>
              <w:t>3. Τεχνητή νοημοσύνη και διάγνωση</w:t>
            </w:r>
            <w:r w:rsidR="0027431F">
              <w:rPr>
                <w:color w:val="1E5082"/>
                <w:sz w:val="18"/>
                <w:lang w:val="el-GR"/>
              </w:rPr>
              <w:t xml:space="preserve"> </w:t>
            </w:r>
          </w:p>
          <w:p w14:paraId="303AFDB5" w14:textId="776072E1" w:rsidR="00270025" w:rsidRPr="002B6A50" w:rsidRDefault="0027431F">
            <w:pPr>
              <w:spacing w:before="20" w:after="20" w:line="260" w:lineRule="exact"/>
              <w:rPr>
                <w:b/>
                <w:bCs/>
                <w:lang w:val="el-GR"/>
              </w:rPr>
            </w:pPr>
            <w:r w:rsidRPr="002B6A50">
              <w:rPr>
                <w:b/>
                <w:bCs/>
                <w:color w:val="C00000"/>
                <w:sz w:val="18"/>
                <w:lang w:val="el-GR"/>
              </w:rPr>
              <w:t xml:space="preserve">(Δ. </w:t>
            </w:r>
            <w:proofErr w:type="spellStart"/>
            <w:r w:rsidRPr="002B6A50">
              <w:rPr>
                <w:b/>
                <w:bCs/>
                <w:color w:val="C00000"/>
                <w:sz w:val="18"/>
                <w:lang w:val="el-GR"/>
              </w:rPr>
              <w:t>Ζορμπάκης</w:t>
            </w:r>
            <w:proofErr w:type="spellEnd"/>
            <w:r w:rsidRPr="002B6A50">
              <w:rPr>
                <w:b/>
                <w:bCs/>
                <w:color w:val="C00000"/>
                <w:sz w:val="18"/>
                <w:lang w:val="el-GR"/>
              </w:rPr>
              <w:t>)</w:t>
            </w:r>
          </w:p>
        </w:tc>
      </w:tr>
      <w:tr w:rsidR="00270025" w14:paraId="2035B1F2" w14:textId="77777777">
        <w:trPr>
          <w:cantSplit/>
          <w:jc w:val="center"/>
        </w:trPr>
        <w:tc>
          <w:tcPr>
            <w:tcW w:w="1584" w:type="dxa"/>
            <w:shd w:val="clear" w:color="auto" w:fill="F9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6624B43" w14:textId="77777777" w:rsidR="00270025" w:rsidRDefault="00000000">
            <w:pPr>
              <w:spacing w:before="20" w:after="20" w:line="260" w:lineRule="exact"/>
            </w:pPr>
            <w:r>
              <w:rPr>
                <w:b/>
                <w:color w:val="1B365D"/>
                <w:sz w:val="18"/>
              </w:rPr>
              <w:t>Δευτέρα</w:t>
            </w:r>
          </w:p>
          <w:p w14:paraId="53EE15C4" w14:textId="77777777" w:rsidR="00270025" w:rsidRDefault="00000000">
            <w:pPr>
              <w:spacing w:before="20" w:after="20" w:line="260" w:lineRule="exact"/>
            </w:pPr>
            <w:r>
              <w:rPr>
                <w:b/>
                <w:color w:val="1B365D"/>
                <w:sz w:val="18"/>
              </w:rPr>
              <w:t>09.11.2026</w:t>
            </w:r>
          </w:p>
        </w:tc>
        <w:tc>
          <w:tcPr>
            <w:tcW w:w="3024" w:type="dxa"/>
            <w:shd w:val="clear" w:color="auto" w:fill="F9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FC5E488" w14:textId="77777777" w:rsidR="00270025" w:rsidRDefault="00000000">
            <w:pPr>
              <w:spacing w:before="20" w:after="20" w:line="260" w:lineRule="exact"/>
            </w:pPr>
            <w:r>
              <w:rPr>
                <w:sz w:val="18"/>
              </w:rPr>
              <w:t>Βιοηθική και Δίκαιο</w:t>
            </w:r>
          </w:p>
        </w:tc>
        <w:tc>
          <w:tcPr>
            <w:tcW w:w="1872" w:type="dxa"/>
            <w:shd w:val="clear" w:color="auto" w:fill="F9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5DD1791" w14:textId="77777777" w:rsidR="00270025" w:rsidRDefault="00000000">
            <w:pPr>
              <w:spacing w:before="20" w:after="20" w:line="260" w:lineRule="exact"/>
            </w:pPr>
            <w:r>
              <w:rPr>
                <w:sz w:val="18"/>
              </w:rPr>
              <w:t>Α. Δάφνη</w:t>
            </w:r>
          </w:p>
        </w:tc>
        <w:tc>
          <w:tcPr>
            <w:tcW w:w="2880" w:type="dxa"/>
            <w:shd w:val="clear" w:color="auto" w:fill="F9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DDDC75A" w14:textId="77777777" w:rsidR="00270025" w:rsidRDefault="00000000">
            <w:pPr>
              <w:spacing w:before="20" w:after="20" w:line="260" w:lineRule="exact"/>
            </w:pPr>
            <w:r>
              <w:rPr>
                <w:sz w:val="18"/>
              </w:rPr>
              <w:t>—</w:t>
            </w:r>
          </w:p>
        </w:tc>
      </w:tr>
      <w:tr w:rsidR="00270025" w:rsidRPr="00742E6F" w14:paraId="2F57FA10" w14:textId="77777777">
        <w:trPr>
          <w:cantSplit/>
          <w:jc w:val="center"/>
        </w:trPr>
        <w:tc>
          <w:tcPr>
            <w:tcW w:w="1584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6F85A1E" w14:textId="77777777" w:rsidR="00270025" w:rsidRDefault="00000000">
            <w:pPr>
              <w:spacing w:before="20" w:after="20" w:line="260" w:lineRule="exact"/>
            </w:pPr>
            <w:r>
              <w:rPr>
                <w:b/>
                <w:color w:val="1B365D"/>
                <w:sz w:val="18"/>
              </w:rPr>
              <w:t>Τρίτη</w:t>
            </w:r>
          </w:p>
          <w:p w14:paraId="40A61C7F" w14:textId="77777777" w:rsidR="00270025" w:rsidRDefault="00000000">
            <w:pPr>
              <w:spacing w:before="20" w:after="20" w:line="260" w:lineRule="exact"/>
            </w:pPr>
            <w:r>
              <w:rPr>
                <w:b/>
                <w:color w:val="1B365D"/>
                <w:sz w:val="18"/>
              </w:rPr>
              <w:t>10.11.2026</w:t>
            </w:r>
          </w:p>
        </w:tc>
        <w:tc>
          <w:tcPr>
            <w:tcW w:w="3024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A007AF" w14:textId="77777777" w:rsidR="00270025" w:rsidRDefault="00000000">
            <w:pPr>
              <w:spacing w:before="20" w:after="20" w:line="260" w:lineRule="exact"/>
            </w:pPr>
            <w:r>
              <w:rPr>
                <w:sz w:val="18"/>
              </w:rPr>
              <w:t>Ηθικά διλήμματα στην Ψυχιατρική</w:t>
            </w:r>
          </w:p>
        </w:tc>
        <w:tc>
          <w:tcPr>
            <w:tcW w:w="187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538C5A" w14:textId="77777777" w:rsidR="00270025" w:rsidRDefault="00000000">
            <w:pPr>
              <w:spacing w:before="20" w:after="20" w:line="260" w:lineRule="exact"/>
            </w:pPr>
            <w:r>
              <w:rPr>
                <w:sz w:val="18"/>
              </w:rPr>
              <w:t>Β. Περιτογιάννης</w:t>
            </w:r>
          </w:p>
        </w:tc>
        <w:tc>
          <w:tcPr>
            <w:tcW w:w="2880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899E45E" w14:textId="65BE8D3D" w:rsidR="002B6A50" w:rsidRPr="00C4357B" w:rsidRDefault="002B6A50">
            <w:pPr>
              <w:spacing w:before="20" w:after="20" w:line="260" w:lineRule="exact"/>
              <w:rPr>
                <w:lang w:val="el-GR"/>
              </w:rPr>
            </w:pPr>
            <w:r w:rsidRPr="00C4357B">
              <w:rPr>
                <w:color w:val="1E5082"/>
                <w:sz w:val="18"/>
                <w:lang w:val="el-GR"/>
              </w:rPr>
              <w:t>• Αλλαγή φύλου πριν/μετά την ενηλικίωση</w:t>
            </w:r>
            <w:r>
              <w:rPr>
                <w:color w:val="1E5082"/>
                <w:sz w:val="18"/>
                <w:lang w:val="el-GR"/>
              </w:rPr>
              <w:t xml:space="preserve"> </w:t>
            </w:r>
            <w:r w:rsidRPr="002B6A50">
              <w:rPr>
                <w:b/>
                <w:bCs/>
                <w:color w:val="C00000"/>
                <w:sz w:val="18"/>
                <w:lang w:val="el-GR"/>
              </w:rPr>
              <w:t xml:space="preserve">(Ν. </w:t>
            </w:r>
            <w:proofErr w:type="spellStart"/>
            <w:r w:rsidRPr="002B6A50">
              <w:rPr>
                <w:b/>
                <w:bCs/>
                <w:color w:val="C00000"/>
                <w:sz w:val="18"/>
                <w:lang w:val="el-GR"/>
              </w:rPr>
              <w:t>Σεβαστάκης</w:t>
            </w:r>
            <w:proofErr w:type="spellEnd"/>
            <w:r w:rsidRPr="002B6A50">
              <w:rPr>
                <w:b/>
                <w:bCs/>
                <w:color w:val="C00000"/>
                <w:sz w:val="18"/>
                <w:lang w:val="el-GR"/>
              </w:rPr>
              <w:t>)</w:t>
            </w:r>
          </w:p>
          <w:p w14:paraId="70784544" w14:textId="77777777" w:rsidR="002B6A50" w:rsidRDefault="00000000">
            <w:pPr>
              <w:spacing w:before="20" w:after="20" w:line="260" w:lineRule="exact"/>
              <w:rPr>
                <w:color w:val="1E5082"/>
                <w:sz w:val="18"/>
                <w:lang w:val="el-GR"/>
              </w:rPr>
            </w:pPr>
            <w:r w:rsidRPr="00C4357B">
              <w:rPr>
                <w:color w:val="1E5082"/>
                <w:sz w:val="18"/>
                <w:lang w:val="el-GR"/>
              </w:rPr>
              <w:t>• Αλλαγή φύλου πριν/μετά την ενηλικίωση και ψυχική νόσος</w:t>
            </w:r>
            <w:r w:rsidR="003618B4">
              <w:rPr>
                <w:color w:val="1E5082"/>
                <w:sz w:val="18"/>
                <w:lang w:val="el-GR"/>
              </w:rPr>
              <w:t xml:space="preserve"> </w:t>
            </w:r>
          </w:p>
          <w:p w14:paraId="7570F332" w14:textId="7C9B4193" w:rsidR="00270025" w:rsidRPr="002B6A50" w:rsidRDefault="003618B4">
            <w:pPr>
              <w:spacing w:before="20" w:after="20" w:line="260" w:lineRule="exact"/>
              <w:rPr>
                <w:b/>
                <w:bCs/>
                <w:color w:val="C00000"/>
                <w:sz w:val="18"/>
                <w:lang w:val="el-GR"/>
              </w:rPr>
            </w:pPr>
            <w:r w:rsidRPr="002B6A50">
              <w:rPr>
                <w:b/>
                <w:bCs/>
                <w:color w:val="C00000"/>
                <w:sz w:val="18"/>
                <w:lang w:val="el-GR"/>
              </w:rPr>
              <w:t xml:space="preserve">(Μ. </w:t>
            </w:r>
            <w:proofErr w:type="spellStart"/>
            <w:r w:rsidRPr="002B6A50">
              <w:rPr>
                <w:b/>
                <w:bCs/>
                <w:color w:val="C00000"/>
                <w:sz w:val="18"/>
                <w:lang w:val="el-GR"/>
              </w:rPr>
              <w:t>Βλασσοπούλου</w:t>
            </w:r>
            <w:proofErr w:type="spellEnd"/>
            <w:r w:rsidRPr="002B6A50">
              <w:rPr>
                <w:b/>
                <w:bCs/>
                <w:color w:val="C00000"/>
                <w:sz w:val="18"/>
                <w:lang w:val="el-GR"/>
              </w:rPr>
              <w:t>)</w:t>
            </w:r>
          </w:p>
          <w:p w14:paraId="092EC8F7" w14:textId="16EF8CF9" w:rsidR="00270025" w:rsidRPr="00C4357B" w:rsidRDefault="00000000">
            <w:pPr>
              <w:spacing w:before="20" w:after="20" w:line="260" w:lineRule="exact"/>
              <w:rPr>
                <w:lang w:val="el-GR"/>
              </w:rPr>
            </w:pPr>
            <w:r w:rsidRPr="00C4357B">
              <w:rPr>
                <w:color w:val="1E5082"/>
                <w:sz w:val="18"/>
                <w:lang w:val="el-GR"/>
              </w:rPr>
              <w:t>• Φροντίδα νεογνού από μητέρα με</w:t>
            </w:r>
            <w:r w:rsidR="00BB2619">
              <w:rPr>
                <w:color w:val="1E5082"/>
                <w:sz w:val="18"/>
                <w:lang w:val="el-GR"/>
              </w:rPr>
              <w:t xml:space="preserve"> οξεία</w:t>
            </w:r>
            <w:r w:rsidRPr="00C4357B">
              <w:rPr>
                <w:color w:val="1E5082"/>
                <w:sz w:val="18"/>
                <w:lang w:val="el-GR"/>
              </w:rPr>
              <w:t xml:space="preserve"> ψυχική Νόσο</w:t>
            </w:r>
            <w:r w:rsidR="003618B4">
              <w:rPr>
                <w:color w:val="1E5082"/>
                <w:sz w:val="18"/>
                <w:lang w:val="el-GR"/>
              </w:rPr>
              <w:t xml:space="preserve"> </w:t>
            </w:r>
            <w:r w:rsidR="003618B4" w:rsidRPr="002B6A50">
              <w:rPr>
                <w:b/>
                <w:bCs/>
                <w:color w:val="C00000"/>
                <w:sz w:val="18"/>
                <w:lang w:val="el-GR"/>
              </w:rPr>
              <w:t xml:space="preserve">(Ν. </w:t>
            </w:r>
            <w:proofErr w:type="spellStart"/>
            <w:r w:rsidR="003618B4" w:rsidRPr="002B6A50">
              <w:rPr>
                <w:b/>
                <w:bCs/>
                <w:color w:val="C00000"/>
                <w:sz w:val="18"/>
                <w:lang w:val="el-GR"/>
              </w:rPr>
              <w:t>Σάσσαρης</w:t>
            </w:r>
            <w:proofErr w:type="spellEnd"/>
            <w:r w:rsidR="003618B4" w:rsidRPr="002B6A50">
              <w:rPr>
                <w:b/>
                <w:bCs/>
                <w:color w:val="C00000"/>
                <w:sz w:val="18"/>
                <w:lang w:val="el-GR"/>
              </w:rPr>
              <w:t>)</w:t>
            </w:r>
          </w:p>
          <w:p w14:paraId="62E072B0" w14:textId="057CC518" w:rsidR="00270025" w:rsidRPr="00C4357B" w:rsidRDefault="00000000">
            <w:pPr>
              <w:spacing w:before="20" w:after="20" w:line="260" w:lineRule="exact"/>
              <w:rPr>
                <w:lang w:val="el-GR"/>
              </w:rPr>
            </w:pPr>
            <w:r w:rsidRPr="00C4357B">
              <w:rPr>
                <w:color w:val="1E5082"/>
                <w:sz w:val="18"/>
                <w:lang w:val="el-GR"/>
              </w:rPr>
              <w:t>• Λοχεία και οξεία ψυχική Νόσος</w:t>
            </w:r>
            <w:r w:rsidR="00947D78">
              <w:rPr>
                <w:color w:val="1E5082"/>
                <w:sz w:val="18"/>
                <w:lang w:val="el-GR"/>
              </w:rPr>
              <w:t xml:space="preserve"> </w:t>
            </w:r>
            <w:r w:rsidR="00947D78" w:rsidRPr="002B6A50">
              <w:rPr>
                <w:b/>
                <w:bCs/>
                <w:color w:val="C00000"/>
                <w:sz w:val="18"/>
                <w:lang w:val="el-GR"/>
              </w:rPr>
              <w:t>(Α. Κοντού)</w:t>
            </w:r>
          </w:p>
          <w:p w14:paraId="579CA44D" w14:textId="563744F7" w:rsidR="00270025" w:rsidRPr="00742E6F" w:rsidRDefault="00270025">
            <w:pPr>
              <w:spacing w:before="20" w:after="20" w:line="260" w:lineRule="exact"/>
              <w:rPr>
                <w:b/>
                <w:bCs/>
                <w:lang w:val="el-GR"/>
              </w:rPr>
            </w:pPr>
          </w:p>
        </w:tc>
      </w:tr>
      <w:tr w:rsidR="00270025" w:rsidRPr="00742E6F" w14:paraId="3041C031" w14:textId="77777777">
        <w:trPr>
          <w:cantSplit/>
          <w:jc w:val="center"/>
        </w:trPr>
        <w:tc>
          <w:tcPr>
            <w:tcW w:w="1584" w:type="dxa"/>
            <w:shd w:val="clear" w:color="auto" w:fill="F9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D20F45A" w14:textId="77777777" w:rsidR="00270025" w:rsidRDefault="00000000">
            <w:pPr>
              <w:spacing w:before="20" w:after="20" w:line="260" w:lineRule="exact"/>
            </w:pPr>
            <w:proofErr w:type="spellStart"/>
            <w:r>
              <w:rPr>
                <w:b/>
                <w:color w:val="1B365D"/>
                <w:sz w:val="18"/>
              </w:rPr>
              <w:t>Δευτέρ</w:t>
            </w:r>
            <w:proofErr w:type="spellEnd"/>
            <w:r>
              <w:rPr>
                <w:b/>
                <w:color w:val="1B365D"/>
                <w:sz w:val="18"/>
              </w:rPr>
              <w:t>α</w:t>
            </w:r>
          </w:p>
          <w:p w14:paraId="544B17E8" w14:textId="77777777" w:rsidR="00270025" w:rsidRDefault="00000000">
            <w:pPr>
              <w:spacing w:before="20" w:after="20" w:line="260" w:lineRule="exact"/>
            </w:pPr>
            <w:r>
              <w:rPr>
                <w:b/>
                <w:color w:val="1B365D"/>
                <w:sz w:val="18"/>
              </w:rPr>
              <w:t>16.11.2026</w:t>
            </w:r>
          </w:p>
        </w:tc>
        <w:tc>
          <w:tcPr>
            <w:tcW w:w="3024" w:type="dxa"/>
            <w:shd w:val="clear" w:color="auto" w:fill="F9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FE0F8BE" w14:textId="77777777" w:rsidR="00270025" w:rsidRDefault="00000000">
            <w:pPr>
              <w:spacing w:before="20" w:after="20" w:line="260" w:lineRule="exact"/>
            </w:pPr>
            <w:r>
              <w:rPr>
                <w:sz w:val="18"/>
              </w:rPr>
              <w:t>Βιοηθική στην παιδιατρική</w:t>
            </w:r>
          </w:p>
        </w:tc>
        <w:tc>
          <w:tcPr>
            <w:tcW w:w="1872" w:type="dxa"/>
            <w:shd w:val="clear" w:color="auto" w:fill="F9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4B38C94" w14:textId="77777777" w:rsidR="00270025" w:rsidRDefault="00000000">
            <w:pPr>
              <w:spacing w:before="20" w:after="20" w:line="260" w:lineRule="exact"/>
            </w:pPr>
            <w:r>
              <w:rPr>
                <w:sz w:val="18"/>
              </w:rPr>
              <w:t>Ε. Κωστοπούλου</w:t>
            </w:r>
          </w:p>
        </w:tc>
        <w:tc>
          <w:tcPr>
            <w:tcW w:w="2880" w:type="dxa"/>
            <w:shd w:val="clear" w:color="auto" w:fill="F9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BE2105F" w14:textId="77777777" w:rsidR="002B6A50" w:rsidRDefault="00000000">
            <w:pPr>
              <w:spacing w:before="20" w:after="20" w:line="260" w:lineRule="exact"/>
              <w:rPr>
                <w:color w:val="1E5082"/>
                <w:sz w:val="18"/>
                <w:lang w:val="el-GR"/>
              </w:rPr>
            </w:pPr>
            <w:r w:rsidRPr="00C4357B">
              <w:rPr>
                <w:color w:val="1E5082"/>
                <w:sz w:val="18"/>
                <w:lang w:val="el-GR"/>
              </w:rPr>
              <w:t>• Ευθανασία σε παιδιά</w:t>
            </w:r>
            <w:r w:rsidR="00947D78">
              <w:rPr>
                <w:color w:val="1E5082"/>
                <w:sz w:val="18"/>
                <w:lang w:val="el-GR"/>
              </w:rPr>
              <w:t xml:space="preserve"> </w:t>
            </w:r>
          </w:p>
          <w:p w14:paraId="0724F7C4" w14:textId="73602E6D" w:rsidR="00270025" w:rsidRPr="002B6A50" w:rsidRDefault="00947D78">
            <w:pPr>
              <w:spacing w:before="20" w:after="20" w:line="260" w:lineRule="exact"/>
              <w:rPr>
                <w:b/>
                <w:bCs/>
                <w:lang w:val="el-GR"/>
              </w:rPr>
            </w:pPr>
            <w:r w:rsidRPr="002B6A50">
              <w:rPr>
                <w:b/>
                <w:bCs/>
                <w:color w:val="C00000"/>
                <w:sz w:val="18"/>
                <w:lang w:val="el-GR"/>
              </w:rPr>
              <w:t>(Μ. Καραγιάννη)</w:t>
            </w:r>
          </w:p>
        </w:tc>
      </w:tr>
      <w:tr w:rsidR="00270025" w14:paraId="522C626F" w14:textId="77777777">
        <w:trPr>
          <w:cantSplit/>
          <w:jc w:val="center"/>
        </w:trPr>
        <w:tc>
          <w:tcPr>
            <w:tcW w:w="1584" w:type="dxa"/>
            <w:shd w:val="clear" w:color="auto" w:fill="FFF5F5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576F529" w14:textId="77777777" w:rsidR="00270025" w:rsidRDefault="00000000">
            <w:pPr>
              <w:spacing w:before="20" w:after="20" w:line="260" w:lineRule="exact"/>
            </w:pPr>
            <w:proofErr w:type="spellStart"/>
            <w:r>
              <w:rPr>
                <w:b/>
                <w:color w:val="1B365D"/>
                <w:sz w:val="18"/>
              </w:rPr>
              <w:t>Τρίτη</w:t>
            </w:r>
            <w:proofErr w:type="spellEnd"/>
          </w:p>
          <w:p w14:paraId="1FA80C2D" w14:textId="77777777" w:rsidR="00270025" w:rsidRDefault="00000000">
            <w:pPr>
              <w:spacing w:before="20" w:after="20" w:line="260" w:lineRule="exact"/>
            </w:pPr>
            <w:r>
              <w:rPr>
                <w:b/>
                <w:color w:val="1B365D"/>
                <w:sz w:val="18"/>
              </w:rPr>
              <w:t>17.11.2026</w:t>
            </w:r>
          </w:p>
        </w:tc>
        <w:tc>
          <w:tcPr>
            <w:tcW w:w="3024" w:type="dxa"/>
            <w:shd w:val="clear" w:color="auto" w:fill="FFF5F5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CE7CB81" w14:textId="77777777" w:rsidR="00270025" w:rsidRDefault="00000000">
            <w:pPr>
              <w:spacing w:before="20" w:after="20" w:line="260" w:lineRule="exact"/>
            </w:pPr>
            <w:r w:rsidRPr="002B6A50">
              <w:rPr>
                <w:b/>
                <w:color w:val="984806" w:themeColor="accent6" w:themeShade="80"/>
                <w:sz w:val="18"/>
              </w:rPr>
              <w:t>ΑΡΓΙΑ</w:t>
            </w:r>
          </w:p>
        </w:tc>
        <w:tc>
          <w:tcPr>
            <w:tcW w:w="1872" w:type="dxa"/>
            <w:shd w:val="clear" w:color="auto" w:fill="FFF5F5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376CD56" w14:textId="77777777" w:rsidR="00270025" w:rsidRDefault="00000000">
            <w:pPr>
              <w:spacing w:before="20" w:after="20" w:line="260" w:lineRule="exact"/>
            </w:pPr>
            <w:r>
              <w:rPr>
                <w:sz w:val="18"/>
              </w:rPr>
              <w:t>—</w:t>
            </w:r>
          </w:p>
        </w:tc>
        <w:tc>
          <w:tcPr>
            <w:tcW w:w="2880" w:type="dxa"/>
            <w:shd w:val="clear" w:color="auto" w:fill="FFF5F5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FB01BEE" w14:textId="4A1C1B05" w:rsidR="00270025" w:rsidRDefault="00270025">
            <w:pPr>
              <w:spacing w:before="20" w:after="20" w:line="260" w:lineRule="exact"/>
            </w:pPr>
          </w:p>
        </w:tc>
      </w:tr>
      <w:tr w:rsidR="00270025" w14:paraId="3F9C9CDF" w14:textId="77777777">
        <w:trPr>
          <w:cantSplit/>
          <w:jc w:val="center"/>
        </w:trPr>
        <w:tc>
          <w:tcPr>
            <w:tcW w:w="1584" w:type="dxa"/>
            <w:shd w:val="clear" w:color="auto" w:fill="F9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BC92899" w14:textId="77777777" w:rsidR="00270025" w:rsidRDefault="00000000">
            <w:pPr>
              <w:spacing w:before="20" w:after="20" w:line="260" w:lineRule="exact"/>
            </w:pPr>
            <w:r>
              <w:rPr>
                <w:b/>
                <w:color w:val="1B365D"/>
                <w:sz w:val="18"/>
              </w:rPr>
              <w:t>Δευτέρα</w:t>
            </w:r>
          </w:p>
          <w:p w14:paraId="3F273B1E" w14:textId="77777777" w:rsidR="00270025" w:rsidRDefault="00000000">
            <w:pPr>
              <w:spacing w:before="20" w:after="20" w:line="260" w:lineRule="exact"/>
            </w:pPr>
            <w:r>
              <w:rPr>
                <w:b/>
                <w:color w:val="1B365D"/>
                <w:sz w:val="18"/>
              </w:rPr>
              <w:t>23.11.2026</w:t>
            </w:r>
          </w:p>
        </w:tc>
        <w:tc>
          <w:tcPr>
            <w:tcW w:w="3024" w:type="dxa"/>
            <w:shd w:val="clear" w:color="auto" w:fill="F9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F13B6F4" w14:textId="77777777" w:rsidR="00270025" w:rsidRPr="00C4357B" w:rsidRDefault="00000000">
            <w:pPr>
              <w:spacing w:before="20" w:after="20" w:line="260" w:lineRule="exact"/>
              <w:rPr>
                <w:lang w:val="el-GR"/>
              </w:rPr>
            </w:pPr>
            <w:proofErr w:type="spellStart"/>
            <w:r w:rsidRPr="00C4357B">
              <w:rPr>
                <w:sz w:val="18"/>
                <w:lang w:val="el-GR"/>
              </w:rPr>
              <w:t>Βιοηθικά</w:t>
            </w:r>
            <w:proofErr w:type="spellEnd"/>
            <w:r w:rsidRPr="00C4357B">
              <w:rPr>
                <w:sz w:val="18"/>
                <w:lang w:val="el-GR"/>
              </w:rPr>
              <w:t xml:space="preserve"> προβλήματα που σχετίζονται με την εφαρμογή των βλαστικών κυττάρων</w:t>
            </w:r>
          </w:p>
        </w:tc>
        <w:tc>
          <w:tcPr>
            <w:tcW w:w="1872" w:type="dxa"/>
            <w:shd w:val="clear" w:color="auto" w:fill="F9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25E8C4E" w14:textId="77777777" w:rsidR="00270025" w:rsidRDefault="00000000">
            <w:pPr>
              <w:spacing w:before="20" w:after="20" w:line="260" w:lineRule="exact"/>
            </w:pPr>
            <w:proofErr w:type="spellStart"/>
            <w:r>
              <w:rPr>
                <w:sz w:val="18"/>
              </w:rPr>
              <w:t>Στ</w:t>
            </w:r>
            <w:proofErr w:type="spellEnd"/>
            <w:r>
              <w:rPr>
                <w:sz w:val="18"/>
              </w:rPr>
              <w:t>. Ταραβήρας</w:t>
            </w:r>
          </w:p>
        </w:tc>
        <w:tc>
          <w:tcPr>
            <w:tcW w:w="2880" w:type="dxa"/>
            <w:shd w:val="clear" w:color="auto" w:fill="F9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03941C2" w14:textId="77777777" w:rsidR="00270025" w:rsidRDefault="00000000">
            <w:pPr>
              <w:spacing w:before="20" w:after="20" w:line="260" w:lineRule="exact"/>
            </w:pPr>
            <w:r>
              <w:rPr>
                <w:sz w:val="18"/>
              </w:rPr>
              <w:t>—</w:t>
            </w:r>
          </w:p>
        </w:tc>
      </w:tr>
      <w:tr w:rsidR="00270025" w:rsidRPr="00742E6F" w14:paraId="2094517E" w14:textId="77777777">
        <w:trPr>
          <w:cantSplit/>
          <w:jc w:val="center"/>
        </w:trPr>
        <w:tc>
          <w:tcPr>
            <w:tcW w:w="1584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63AF857" w14:textId="77777777" w:rsidR="00270025" w:rsidRDefault="00000000">
            <w:pPr>
              <w:spacing w:before="20" w:after="20" w:line="260" w:lineRule="exact"/>
            </w:pPr>
            <w:r>
              <w:rPr>
                <w:b/>
                <w:color w:val="1B365D"/>
                <w:sz w:val="18"/>
              </w:rPr>
              <w:t>Τρίτη</w:t>
            </w:r>
          </w:p>
          <w:p w14:paraId="4F561FEF" w14:textId="77777777" w:rsidR="00270025" w:rsidRDefault="00000000">
            <w:pPr>
              <w:spacing w:before="20" w:after="20" w:line="260" w:lineRule="exact"/>
            </w:pPr>
            <w:r>
              <w:rPr>
                <w:b/>
                <w:color w:val="1B365D"/>
                <w:sz w:val="18"/>
              </w:rPr>
              <w:t>24.11.2026</w:t>
            </w:r>
          </w:p>
        </w:tc>
        <w:tc>
          <w:tcPr>
            <w:tcW w:w="3024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613F741" w14:textId="77777777" w:rsidR="00270025" w:rsidRDefault="00000000">
            <w:pPr>
              <w:spacing w:before="20" w:after="20" w:line="260" w:lineRule="exact"/>
            </w:pPr>
            <w:r>
              <w:rPr>
                <w:sz w:val="18"/>
              </w:rPr>
              <w:t>Βιοηθική και ανθρώπινη αναπαραγωγή</w:t>
            </w:r>
          </w:p>
        </w:tc>
        <w:tc>
          <w:tcPr>
            <w:tcW w:w="187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70153E0" w14:textId="77777777" w:rsidR="00270025" w:rsidRDefault="00000000">
            <w:pPr>
              <w:spacing w:before="20" w:after="20" w:line="260" w:lineRule="exact"/>
            </w:pPr>
            <w:r>
              <w:rPr>
                <w:sz w:val="18"/>
              </w:rPr>
              <w:t>Γ. Αντωνάκης</w:t>
            </w:r>
          </w:p>
        </w:tc>
        <w:tc>
          <w:tcPr>
            <w:tcW w:w="2880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8FB9B5B" w14:textId="7C26A544" w:rsidR="00270025" w:rsidRPr="00C4357B" w:rsidRDefault="00000000">
            <w:pPr>
              <w:spacing w:before="20" w:after="20" w:line="260" w:lineRule="exact"/>
              <w:rPr>
                <w:lang w:val="el-GR"/>
              </w:rPr>
            </w:pPr>
            <w:r w:rsidRPr="00C4357B">
              <w:rPr>
                <w:color w:val="1E5082"/>
                <w:sz w:val="18"/>
                <w:lang w:val="el-GR"/>
              </w:rPr>
              <w:t>• Παρένθετη μητέρα</w:t>
            </w:r>
            <w:r w:rsidR="003618B4">
              <w:rPr>
                <w:color w:val="1E5082"/>
                <w:sz w:val="18"/>
                <w:lang w:val="el-GR"/>
              </w:rPr>
              <w:t xml:space="preserve"> </w:t>
            </w:r>
            <w:r w:rsidR="003618B4" w:rsidRPr="002B6A50">
              <w:rPr>
                <w:b/>
                <w:bCs/>
                <w:color w:val="C00000"/>
                <w:sz w:val="18"/>
                <w:lang w:val="el-GR"/>
              </w:rPr>
              <w:t xml:space="preserve">(Λ. </w:t>
            </w:r>
            <w:proofErr w:type="spellStart"/>
            <w:r w:rsidR="003618B4" w:rsidRPr="002B6A50">
              <w:rPr>
                <w:b/>
                <w:bCs/>
                <w:color w:val="C00000"/>
                <w:sz w:val="18"/>
                <w:lang w:val="el-GR"/>
              </w:rPr>
              <w:t>Σκιάνη</w:t>
            </w:r>
            <w:proofErr w:type="spellEnd"/>
            <w:r w:rsidR="003618B4" w:rsidRPr="002B6A50">
              <w:rPr>
                <w:b/>
                <w:bCs/>
                <w:color w:val="C00000"/>
                <w:sz w:val="18"/>
                <w:lang w:val="el-GR"/>
              </w:rPr>
              <w:t>)</w:t>
            </w:r>
          </w:p>
          <w:p w14:paraId="7783C9DF" w14:textId="6A5FE6E1" w:rsidR="00270025" w:rsidRPr="00C4357B" w:rsidRDefault="00000000">
            <w:pPr>
              <w:spacing w:before="20" w:after="20" w:line="260" w:lineRule="exact"/>
              <w:rPr>
                <w:lang w:val="el-GR"/>
              </w:rPr>
            </w:pPr>
            <w:r w:rsidRPr="00C4357B">
              <w:rPr>
                <w:color w:val="1E5082"/>
                <w:sz w:val="18"/>
                <w:lang w:val="el-GR"/>
              </w:rPr>
              <w:t>• Ευγονική</w:t>
            </w:r>
            <w:r w:rsidR="003618B4">
              <w:rPr>
                <w:color w:val="1E5082"/>
                <w:sz w:val="18"/>
                <w:lang w:val="el-GR"/>
              </w:rPr>
              <w:t xml:space="preserve"> και προγεννητικός έλεγχος </w:t>
            </w:r>
            <w:r w:rsidR="003618B4" w:rsidRPr="002B6A50">
              <w:rPr>
                <w:b/>
                <w:bCs/>
                <w:color w:val="C00000"/>
                <w:sz w:val="18"/>
                <w:lang w:val="el-GR"/>
              </w:rPr>
              <w:t xml:space="preserve">(Α. </w:t>
            </w:r>
            <w:proofErr w:type="spellStart"/>
            <w:r w:rsidR="003618B4" w:rsidRPr="002B6A50">
              <w:rPr>
                <w:b/>
                <w:bCs/>
                <w:color w:val="C00000"/>
                <w:sz w:val="18"/>
                <w:lang w:val="el-GR"/>
              </w:rPr>
              <w:t>Μαυροματίδης</w:t>
            </w:r>
            <w:proofErr w:type="spellEnd"/>
            <w:r w:rsidR="003618B4" w:rsidRPr="002B6A50">
              <w:rPr>
                <w:b/>
                <w:bCs/>
                <w:color w:val="C00000"/>
                <w:sz w:val="18"/>
                <w:lang w:val="el-GR"/>
              </w:rPr>
              <w:t>)</w:t>
            </w:r>
          </w:p>
          <w:p w14:paraId="62C06529" w14:textId="77777777" w:rsidR="002B6A50" w:rsidRDefault="00000000">
            <w:pPr>
              <w:spacing w:before="20" w:after="20" w:line="260" w:lineRule="exact"/>
              <w:rPr>
                <w:color w:val="1E5082"/>
                <w:sz w:val="18"/>
                <w:lang w:val="el-GR"/>
              </w:rPr>
            </w:pPr>
            <w:r w:rsidRPr="00C4357B">
              <w:rPr>
                <w:color w:val="1E5082"/>
                <w:sz w:val="18"/>
                <w:lang w:val="el-GR"/>
              </w:rPr>
              <w:t>• Ευγονική – Διακοπή κύησης λόγω ασθένειας του εμβρύου</w:t>
            </w:r>
            <w:r w:rsidR="00947D78">
              <w:rPr>
                <w:color w:val="1E5082"/>
                <w:sz w:val="18"/>
                <w:lang w:val="el-GR"/>
              </w:rPr>
              <w:t xml:space="preserve"> </w:t>
            </w:r>
          </w:p>
          <w:p w14:paraId="15E46BB9" w14:textId="3A9AE142" w:rsidR="00270025" w:rsidRPr="002B6A50" w:rsidRDefault="00947D78">
            <w:pPr>
              <w:spacing w:before="20" w:after="20" w:line="260" w:lineRule="exact"/>
              <w:rPr>
                <w:b/>
                <w:bCs/>
                <w:color w:val="C00000"/>
                <w:lang w:val="el-GR"/>
              </w:rPr>
            </w:pPr>
            <w:r w:rsidRPr="002B6A50">
              <w:rPr>
                <w:b/>
                <w:bCs/>
                <w:color w:val="C00000"/>
                <w:sz w:val="18"/>
                <w:lang w:val="el-GR"/>
              </w:rPr>
              <w:t xml:space="preserve">(Μ. </w:t>
            </w:r>
            <w:proofErr w:type="spellStart"/>
            <w:r w:rsidRPr="002B6A50">
              <w:rPr>
                <w:b/>
                <w:bCs/>
                <w:color w:val="C00000"/>
                <w:sz w:val="18"/>
                <w:lang w:val="el-GR"/>
              </w:rPr>
              <w:t>Καρέλα</w:t>
            </w:r>
            <w:proofErr w:type="spellEnd"/>
            <w:r w:rsidRPr="002B6A50">
              <w:rPr>
                <w:b/>
                <w:bCs/>
                <w:color w:val="C00000"/>
                <w:sz w:val="18"/>
                <w:lang w:val="el-GR"/>
              </w:rPr>
              <w:t>)</w:t>
            </w:r>
          </w:p>
          <w:p w14:paraId="3312BD92" w14:textId="77777777" w:rsidR="002B6A50" w:rsidRDefault="00000000">
            <w:pPr>
              <w:spacing w:before="20" w:after="20" w:line="260" w:lineRule="exact"/>
              <w:rPr>
                <w:color w:val="1E5082"/>
                <w:sz w:val="18"/>
                <w:lang w:val="el-GR"/>
              </w:rPr>
            </w:pPr>
            <w:r w:rsidRPr="00742E6F">
              <w:rPr>
                <w:color w:val="1E5082"/>
                <w:sz w:val="18"/>
                <w:lang w:val="el-GR"/>
              </w:rPr>
              <w:t xml:space="preserve">• Ευγονική – </w:t>
            </w:r>
            <w:r>
              <w:rPr>
                <w:color w:val="1E5082"/>
                <w:sz w:val="18"/>
              </w:rPr>
              <w:t>Designer</w:t>
            </w:r>
            <w:r w:rsidRPr="00742E6F">
              <w:rPr>
                <w:color w:val="1E5082"/>
                <w:sz w:val="18"/>
                <w:lang w:val="el-GR"/>
              </w:rPr>
              <w:t xml:space="preserve"> </w:t>
            </w:r>
            <w:r>
              <w:rPr>
                <w:color w:val="1E5082"/>
                <w:sz w:val="18"/>
              </w:rPr>
              <w:t>Babies</w:t>
            </w:r>
            <w:r w:rsidR="00947D78" w:rsidRPr="00742E6F">
              <w:rPr>
                <w:color w:val="1E5082"/>
                <w:sz w:val="18"/>
                <w:lang w:val="el-GR"/>
              </w:rPr>
              <w:t xml:space="preserve"> </w:t>
            </w:r>
          </w:p>
          <w:p w14:paraId="7705477C" w14:textId="09F5BAFA" w:rsidR="00270025" w:rsidRPr="00742E6F" w:rsidRDefault="00947D78">
            <w:pPr>
              <w:spacing w:before="20" w:after="20" w:line="260" w:lineRule="exact"/>
              <w:rPr>
                <w:b/>
                <w:bCs/>
                <w:lang w:val="el-GR"/>
              </w:rPr>
            </w:pPr>
            <w:r w:rsidRPr="00742E6F">
              <w:rPr>
                <w:b/>
                <w:bCs/>
                <w:color w:val="C00000"/>
                <w:sz w:val="18"/>
                <w:lang w:val="el-GR"/>
              </w:rPr>
              <w:t>(</w:t>
            </w:r>
            <w:r w:rsidRPr="002B6A50">
              <w:rPr>
                <w:b/>
                <w:bCs/>
                <w:color w:val="C00000"/>
                <w:sz w:val="18"/>
                <w:lang w:val="el-GR"/>
              </w:rPr>
              <w:t>Α</w:t>
            </w:r>
            <w:r w:rsidRPr="00742E6F">
              <w:rPr>
                <w:b/>
                <w:bCs/>
                <w:color w:val="C00000"/>
                <w:sz w:val="18"/>
                <w:lang w:val="el-GR"/>
              </w:rPr>
              <w:t xml:space="preserve">. </w:t>
            </w:r>
            <w:proofErr w:type="spellStart"/>
            <w:r w:rsidRPr="002B6A50">
              <w:rPr>
                <w:b/>
                <w:bCs/>
                <w:color w:val="C00000"/>
                <w:sz w:val="18"/>
                <w:lang w:val="el-GR"/>
              </w:rPr>
              <w:t>Τρουλλινού</w:t>
            </w:r>
            <w:proofErr w:type="spellEnd"/>
            <w:r w:rsidRPr="002B6A50">
              <w:rPr>
                <w:b/>
                <w:bCs/>
                <w:color w:val="C00000"/>
                <w:sz w:val="18"/>
                <w:lang w:val="el-GR"/>
              </w:rPr>
              <w:t>)</w:t>
            </w:r>
          </w:p>
        </w:tc>
      </w:tr>
      <w:tr w:rsidR="00270025" w14:paraId="4A31B649" w14:textId="77777777">
        <w:trPr>
          <w:cantSplit/>
          <w:jc w:val="center"/>
        </w:trPr>
        <w:tc>
          <w:tcPr>
            <w:tcW w:w="1584" w:type="dxa"/>
            <w:shd w:val="clear" w:color="auto" w:fill="FFF5F5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07028C" w14:textId="77777777" w:rsidR="00270025" w:rsidRDefault="00000000">
            <w:pPr>
              <w:spacing w:before="20" w:after="20" w:line="260" w:lineRule="exact"/>
            </w:pPr>
            <w:proofErr w:type="spellStart"/>
            <w:r>
              <w:rPr>
                <w:b/>
                <w:color w:val="1B365D"/>
                <w:sz w:val="18"/>
              </w:rPr>
              <w:t>Δευτέρ</w:t>
            </w:r>
            <w:proofErr w:type="spellEnd"/>
            <w:r>
              <w:rPr>
                <w:b/>
                <w:color w:val="1B365D"/>
                <w:sz w:val="18"/>
              </w:rPr>
              <w:t>α</w:t>
            </w:r>
          </w:p>
          <w:p w14:paraId="28F9A268" w14:textId="77777777" w:rsidR="00270025" w:rsidRDefault="00000000">
            <w:pPr>
              <w:spacing w:before="20" w:after="20" w:line="260" w:lineRule="exact"/>
            </w:pPr>
            <w:r>
              <w:rPr>
                <w:b/>
                <w:color w:val="1B365D"/>
                <w:sz w:val="18"/>
              </w:rPr>
              <w:t>30.11.2026</w:t>
            </w:r>
          </w:p>
        </w:tc>
        <w:tc>
          <w:tcPr>
            <w:tcW w:w="3024" w:type="dxa"/>
            <w:shd w:val="clear" w:color="auto" w:fill="FFF5F5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BD838D7" w14:textId="77777777" w:rsidR="00270025" w:rsidRDefault="00000000">
            <w:pPr>
              <w:spacing w:before="20" w:after="20" w:line="260" w:lineRule="exact"/>
            </w:pPr>
            <w:r w:rsidRPr="002B6A50">
              <w:rPr>
                <w:b/>
                <w:color w:val="984806" w:themeColor="accent6" w:themeShade="80"/>
                <w:sz w:val="18"/>
              </w:rPr>
              <w:t>ΑΡΓΙΑ</w:t>
            </w:r>
          </w:p>
        </w:tc>
        <w:tc>
          <w:tcPr>
            <w:tcW w:w="1872" w:type="dxa"/>
            <w:shd w:val="clear" w:color="auto" w:fill="FFF5F5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1094768" w14:textId="77777777" w:rsidR="00270025" w:rsidRDefault="00000000">
            <w:pPr>
              <w:spacing w:before="20" w:after="20" w:line="260" w:lineRule="exact"/>
            </w:pPr>
            <w:r>
              <w:rPr>
                <w:sz w:val="18"/>
              </w:rPr>
              <w:t>—</w:t>
            </w:r>
          </w:p>
        </w:tc>
        <w:tc>
          <w:tcPr>
            <w:tcW w:w="2880" w:type="dxa"/>
            <w:shd w:val="clear" w:color="auto" w:fill="FFF5F5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C051634" w14:textId="334578EA" w:rsidR="00270025" w:rsidRDefault="00270025">
            <w:pPr>
              <w:spacing w:before="20" w:after="20" w:line="260" w:lineRule="exact"/>
            </w:pPr>
          </w:p>
        </w:tc>
      </w:tr>
      <w:tr w:rsidR="00270025" w:rsidRPr="00C4357B" w14:paraId="129D11B6" w14:textId="77777777">
        <w:trPr>
          <w:cantSplit/>
          <w:jc w:val="center"/>
        </w:trPr>
        <w:tc>
          <w:tcPr>
            <w:tcW w:w="1584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02AFB50" w14:textId="77777777" w:rsidR="00270025" w:rsidRDefault="00000000">
            <w:pPr>
              <w:spacing w:before="20" w:after="20" w:line="260" w:lineRule="exact"/>
            </w:pPr>
            <w:r>
              <w:rPr>
                <w:b/>
                <w:color w:val="1B365D"/>
                <w:sz w:val="18"/>
              </w:rPr>
              <w:t>Τρίτη</w:t>
            </w:r>
          </w:p>
          <w:p w14:paraId="3BF82260" w14:textId="77777777" w:rsidR="00270025" w:rsidRDefault="00000000">
            <w:pPr>
              <w:spacing w:before="20" w:after="20" w:line="260" w:lineRule="exact"/>
            </w:pPr>
            <w:r>
              <w:rPr>
                <w:b/>
                <w:color w:val="1B365D"/>
                <w:sz w:val="18"/>
              </w:rPr>
              <w:t>01.12.2026</w:t>
            </w:r>
          </w:p>
        </w:tc>
        <w:tc>
          <w:tcPr>
            <w:tcW w:w="3024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94B8F86" w14:textId="77777777" w:rsidR="00270025" w:rsidRPr="00C4357B" w:rsidRDefault="00000000">
            <w:pPr>
              <w:spacing w:before="20" w:after="20" w:line="260" w:lineRule="exact"/>
              <w:rPr>
                <w:lang w:val="el-GR"/>
              </w:rPr>
            </w:pPr>
            <w:r w:rsidRPr="00C4357B">
              <w:rPr>
                <w:sz w:val="18"/>
                <w:lang w:val="el-GR"/>
              </w:rPr>
              <w:t>Μεταμοσχεύσεις, δωρεά οργάνων και τεχνητά όργανα</w:t>
            </w:r>
          </w:p>
        </w:tc>
        <w:tc>
          <w:tcPr>
            <w:tcW w:w="187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3FABF7" w14:textId="77777777" w:rsidR="00270025" w:rsidRDefault="00000000">
            <w:pPr>
              <w:spacing w:before="20" w:after="20" w:line="260" w:lineRule="exact"/>
              <w:rPr>
                <w:sz w:val="18"/>
                <w:lang w:val="el-GR"/>
              </w:rPr>
            </w:pPr>
            <w:r w:rsidRPr="00742E6F">
              <w:rPr>
                <w:sz w:val="18"/>
                <w:lang w:val="el-GR"/>
              </w:rPr>
              <w:t>Ε. Παπαχρήστου</w:t>
            </w:r>
          </w:p>
          <w:p w14:paraId="2744B2C9" w14:textId="77777777" w:rsidR="005436A9" w:rsidRDefault="005436A9">
            <w:pPr>
              <w:spacing w:before="20" w:after="20" w:line="260" w:lineRule="exact"/>
              <w:rPr>
                <w:sz w:val="18"/>
                <w:lang w:val="el-GR"/>
              </w:rPr>
            </w:pPr>
            <w:r>
              <w:rPr>
                <w:sz w:val="18"/>
                <w:lang w:val="el-GR"/>
              </w:rPr>
              <w:t xml:space="preserve">Α. </w:t>
            </w:r>
            <w:proofErr w:type="spellStart"/>
            <w:r>
              <w:rPr>
                <w:sz w:val="18"/>
                <w:lang w:val="el-GR"/>
              </w:rPr>
              <w:t>Μπρατσιάκου</w:t>
            </w:r>
            <w:proofErr w:type="spellEnd"/>
            <w:r>
              <w:rPr>
                <w:sz w:val="18"/>
                <w:lang w:val="el-GR"/>
              </w:rPr>
              <w:t xml:space="preserve"> </w:t>
            </w:r>
          </w:p>
          <w:p w14:paraId="3227E3CC" w14:textId="77777777" w:rsidR="000841FB" w:rsidRDefault="000841FB">
            <w:pPr>
              <w:spacing w:before="20" w:after="20" w:line="260" w:lineRule="exact"/>
              <w:rPr>
                <w:sz w:val="18"/>
                <w:lang w:val="el-GR"/>
              </w:rPr>
            </w:pPr>
          </w:p>
          <w:p w14:paraId="22CDC892" w14:textId="10BD1951" w:rsidR="000841FB" w:rsidRPr="005436A9" w:rsidRDefault="000841FB">
            <w:pPr>
              <w:spacing w:before="20" w:after="20" w:line="260" w:lineRule="exact"/>
              <w:rPr>
                <w:sz w:val="18"/>
                <w:lang w:val="el-GR"/>
              </w:rPr>
            </w:pPr>
            <w:r>
              <w:rPr>
                <w:sz w:val="18"/>
                <w:lang w:val="el-GR"/>
              </w:rPr>
              <w:t xml:space="preserve">Β </w:t>
            </w:r>
            <w:proofErr w:type="spellStart"/>
            <w:r>
              <w:rPr>
                <w:sz w:val="18"/>
                <w:lang w:val="el-GR"/>
              </w:rPr>
              <w:t>Περιττογιάννης</w:t>
            </w:r>
            <w:proofErr w:type="spellEnd"/>
          </w:p>
        </w:tc>
        <w:tc>
          <w:tcPr>
            <w:tcW w:w="2880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344D9F5" w14:textId="77777777" w:rsidR="00270025" w:rsidRDefault="00000000">
            <w:pPr>
              <w:spacing w:before="20" w:after="20" w:line="260" w:lineRule="exact"/>
              <w:rPr>
                <w:b/>
                <w:bCs/>
                <w:color w:val="C00000"/>
                <w:sz w:val="18"/>
                <w:lang w:val="el-GR"/>
              </w:rPr>
            </w:pPr>
            <w:r w:rsidRPr="00C4357B">
              <w:rPr>
                <w:color w:val="1E5082"/>
                <w:sz w:val="18"/>
                <w:lang w:val="el-GR"/>
              </w:rPr>
              <w:t>• Μεταμοσχεύσεις, δωρεά οργάνων και τεχνητά όργανα</w:t>
            </w:r>
            <w:r w:rsidR="005436A9">
              <w:rPr>
                <w:color w:val="1E5082"/>
                <w:sz w:val="18"/>
                <w:lang w:val="el-GR"/>
              </w:rPr>
              <w:t xml:space="preserve"> </w:t>
            </w:r>
            <w:r w:rsidR="005436A9" w:rsidRPr="002B6A50">
              <w:rPr>
                <w:b/>
                <w:bCs/>
                <w:color w:val="C00000"/>
                <w:sz w:val="18"/>
                <w:lang w:val="el-GR"/>
              </w:rPr>
              <w:t>(Σ. Φουντά)</w:t>
            </w:r>
          </w:p>
          <w:p w14:paraId="6510C5B6" w14:textId="77777777" w:rsidR="000841FB" w:rsidRDefault="000841FB">
            <w:pPr>
              <w:spacing w:before="20" w:after="20" w:line="260" w:lineRule="exact"/>
              <w:rPr>
                <w:b/>
                <w:bCs/>
                <w:color w:val="C00000"/>
                <w:sz w:val="18"/>
                <w:lang w:val="el-GR"/>
              </w:rPr>
            </w:pPr>
          </w:p>
          <w:p w14:paraId="336A9474" w14:textId="77777777" w:rsidR="000841FB" w:rsidRDefault="000841FB" w:rsidP="000841FB">
            <w:pPr>
              <w:spacing w:before="20" w:after="20" w:line="260" w:lineRule="exact"/>
              <w:rPr>
                <w:color w:val="1E5082"/>
                <w:sz w:val="18"/>
                <w:lang w:val="el-GR"/>
              </w:rPr>
            </w:pPr>
            <w:r w:rsidRPr="00C4357B">
              <w:rPr>
                <w:color w:val="1E5082"/>
                <w:sz w:val="18"/>
                <w:lang w:val="el-GR"/>
              </w:rPr>
              <w:t xml:space="preserve">• Ακούσια νοσηλεία-Καθήλωση </w:t>
            </w:r>
            <w:r>
              <w:rPr>
                <w:color w:val="1E5082"/>
                <w:sz w:val="18"/>
                <w:lang w:val="el-GR"/>
              </w:rPr>
              <w:t xml:space="preserve">   </w:t>
            </w:r>
          </w:p>
          <w:p w14:paraId="1ACDE7B5" w14:textId="77777777" w:rsidR="000841FB" w:rsidRDefault="000841FB" w:rsidP="000841FB">
            <w:pPr>
              <w:spacing w:before="20" w:after="20" w:line="260" w:lineRule="exact"/>
              <w:rPr>
                <w:b/>
                <w:bCs/>
                <w:color w:val="C00000"/>
                <w:sz w:val="18"/>
                <w:lang w:val="el-GR"/>
              </w:rPr>
            </w:pPr>
            <w:r w:rsidRPr="002B6A50">
              <w:rPr>
                <w:b/>
                <w:bCs/>
                <w:color w:val="C00000"/>
                <w:sz w:val="18"/>
                <w:lang w:val="el-GR"/>
              </w:rPr>
              <w:t xml:space="preserve">(Α. </w:t>
            </w:r>
            <w:proofErr w:type="spellStart"/>
            <w:r w:rsidRPr="002B6A50">
              <w:rPr>
                <w:b/>
                <w:bCs/>
                <w:color w:val="C00000"/>
                <w:sz w:val="18"/>
                <w:lang w:val="el-GR"/>
              </w:rPr>
              <w:t>Βουλγραρέλη</w:t>
            </w:r>
            <w:proofErr w:type="spellEnd"/>
            <w:r w:rsidRPr="002B6A50">
              <w:rPr>
                <w:b/>
                <w:bCs/>
                <w:color w:val="C00000"/>
                <w:sz w:val="18"/>
                <w:lang w:val="el-GR"/>
              </w:rPr>
              <w:t>)</w:t>
            </w:r>
          </w:p>
          <w:p w14:paraId="05CFB411" w14:textId="77777777" w:rsidR="000841FB" w:rsidRDefault="000841FB" w:rsidP="000841FB">
            <w:pPr>
              <w:spacing w:before="20" w:after="20" w:line="260" w:lineRule="exact"/>
              <w:rPr>
                <w:b/>
                <w:bCs/>
                <w:color w:val="C00000"/>
                <w:sz w:val="18"/>
                <w:lang w:val="el-GR"/>
              </w:rPr>
            </w:pPr>
            <w:r w:rsidRPr="00C4357B">
              <w:rPr>
                <w:color w:val="1E5082"/>
                <w:sz w:val="18"/>
                <w:lang w:val="el-GR"/>
              </w:rPr>
              <w:t xml:space="preserve">• </w:t>
            </w:r>
            <w:r>
              <w:rPr>
                <w:color w:val="1E5082"/>
                <w:sz w:val="18"/>
              </w:rPr>
              <w:t>Shared</w:t>
            </w:r>
            <w:r w:rsidRPr="00C4357B">
              <w:rPr>
                <w:color w:val="1E5082"/>
                <w:sz w:val="18"/>
                <w:lang w:val="el-GR"/>
              </w:rPr>
              <w:t xml:space="preserve"> </w:t>
            </w:r>
            <w:r>
              <w:rPr>
                <w:color w:val="1E5082"/>
                <w:sz w:val="18"/>
              </w:rPr>
              <w:t>Decision</w:t>
            </w:r>
            <w:r w:rsidRPr="00C4357B">
              <w:rPr>
                <w:color w:val="1E5082"/>
                <w:sz w:val="18"/>
                <w:lang w:val="el-GR"/>
              </w:rPr>
              <w:t xml:space="preserve"> </w:t>
            </w:r>
            <w:r>
              <w:rPr>
                <w:color w:val="1E5082"/>
                <w:sz w:val="18"/>
              </w:rPr>
              <w:t>Making</w:t>
            </w:r>
            <w:r w:rsidRPr="00C4357B">
              <w:rPr>
                <w:color w:val="1E5082"/>
                <w:sz w:val="18"/>
                <w:lang w:val="el-GR"/>
              </w:rPr>
              <w:t xml:space="preserve"> σε ασθενείς με οξεία ψυχωτική διαταραχή</w:t>
            </w:r>
            <w:r>
              <w:rPr>
                <w:color w:val="1E5082"/>
                <w:sz w:val="18"/>
                <w:lang w:val="el-GR"/>
              </w:rPr>
              <w:t xml:space="preserve"> </w:t>
            </w:r>
            <w:r w:rsidRPr="002B6A50">
              <w:rPr>
                <w:b/>
                <w:bCs/>
                <w:color w:val="C00000"/>
                <w:sz w:val="18"/>
                <w:lang w:val="el-GR"/>
              </w:rPr>
              <w:t>(Δ. Παπαδάκης)</w:t>
            </w:r>
          </w:p>
          <w:p w14:paraId="2FD384BD" w14:textId="77777777" w:rsidR="000841FB" w:rsidRDefault="000841FB" w:rsidP="000841FB">
            <w:pPr>
              <w:spacing w:before="20" w:after="20" w:line="260" w:lineRule="exact"/>
              <w:rPr>
                <w:color w:val="1E5082"/>
                <w:sz w:val="18"/>
                <w:lang w:val="el-GR"/>
              </w:rPr>
            </w:pPr>
            <w:r w:rsidRPr="00C4357B">
              <w:rPr>
                <w:color w:val="1E5082"/>
                <w:sz w:val="18"/>
                <w:lang w:val="el-GR"/>
              </w:rPr>
              <w:t>• Χρήση εθιστικών ουσιών και ιατρικό απόρρητο</w:t>
            </w:r>
            <w:r>
              <w:rPr>
                <w:color w:val="1E5082"/>
                <w:sz w:val="18"/>
                <w:lang w:val="el-GR"/>
              </w:rPr>
              <w:t xml:space="preserve"> </w:t>
            </w:r>
          </w:p>
          <w:p w14:paraId="09CCEFC2" w14:textId="6098072C" w:rsidR="000841FB" w:rsidRDefault="000841FB" w:rsidP="000841FB">
            <w:pPr>
              <w:spacing w:before="20" w:after="20" w:line="260" w:lineRule="exact"/>
              <w:rPr>
                <w:color w:val="1E5082"/>
                <w:sz w:val="18"/>
                <w:lang w:val="el-GR"/>
              </w:rPr>
            </w:pPr>
            <w:r w:rsidRPr="002B6A50">
              <w:rPr>
                <w:b/>
                <w:bCs/>
                <w:color w:val="C00000"/>
                <w:sz w:val="18"/>
                <w:lang w:val="el-GR"/>
              </w:rPr>
              <w:t>(Ε. Αντωνοπούλου)</w:t>
            </w:r>
          </w:p>
          <w:p w14:paraId="5F7AD1CE" w14:textId="77777777" w:rsidR="000841FB" w:rsidRPr="002B6A50" w:rsidRDefault="000841FB" w:rsidP="000841FB">
            <w:pPr>
              <w:spacing w:before="20" w:after="20" w:line="260" w:lineRule="exact"/>
              <w:rPr>
                <w:b/>
                <w:bCs/>
                <w:color w:val="C00000"/>
                <w:lang w:val="el-GR"/>
              </w:rPr>
            </w:pPr>
          </w:p>
          <w:p w14:paraId="4B94480E" w14:textId="7F81FBEC" w:rsidR="000841FB" w:rsidRPr="00C4357B" w:rsidRDefault="000841FB">
            <w:pPr>
              <w:spacing w:before="20" w:after="20" w:line="260" w:lineRule="exact"/>
              <w:rPr>
                <w:lang w:val="el-GR"/>
              </w:rPr>
            </w:pPr>
          </w:p>
        </w:tc>
      </w:tr>
      <w:tr w:rsidR="00270025" w:rsidRPr="00742E6F" w14:paraId="5933E664" w14:textId="77777777">
        <w:trPr>
          <w:cantSplit/>
          <w:jc w:val="center"/>
        </w:trPr>
        <w:tc>
          <w:tcPr>
            <w:tcW w:w="1584" w:type="dxa"/>
            <w:shd w:val="clear" w:color="auto" w:fill="F9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EBD37AE" w14:textId="77777777" w:rsidR="00270025" w:rsidRDefault="00000000">
            <w:pPr>
              <w:spacing w:before="20" w:after="20" w:line="260" w:lineRule="exact"/>
            </w:pPr>
            <w:proofErr w:type="spellStart"/>
            <w:r>
              <w:rPr>
                <w:b/>
                <w:color w:val="1B365D"/>
                <w:sz w:val="18"/>
              </w:rPr>
              <w:t>Δευτέρ</w:t>
            </w:r>
            <w:proofErr w:type="spellEnd"/>
            <w:r>
              <w:rPr>
                <w:b/>
                <w:color w:val="1B365D"/>
                <w:sz w:val="18"/>
              </w:rPr>
              <w:t>α</w:t>
            </w:r>
          </w:p>
          <w:p w14:paraId="2C0DC968" w14:textId="77777777" w:rsidR="00270025" w:rsidRDefault="00000000">
            <w:pPr>
              <w:spacing w:before="20" w:after="20" w:line="260" w:lineRule="exact"/>
            </w:pPr>
            <w:r>
              <w:rPr>
                <w:b/>
                <w:color w:val="1B365D"/>
                <w:sz w:val="18"/>
              </w:rPr>
              <w:t>07.12.2026</w:t>
            </w:r>
          </w:p>
        </w:tc>
        <w:tc>
          <w:tcPr>
            <w:tcW w:w="3024" w:type="dxa"/>
            <w:shd w:val="clear" w:color="auto" w:fill="F9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7F4614A" w14:textId="77777777" w:rsidR="00270025" w:rsidRPr="00C4357B" w:rsidRDefault="00000000">
            <w:pPr>
              <w:spacing w:before="20" w:after="20" w:line="260" w:lineRule="exact"/>
              <w:rPr>
                <w:lang w:val="el-GR"/>
              </w:rPr>
            </w:pPr>
            <w:r w:rsidRPr="00C4357B">
              <w:rPr>
                <w:sz w:val="18"/>
                <w:lang w:val="el-GR"/>
              </w:rPr>
              <w:t>Η ιατρική ευθύνη ενώπιον των δικαιωμάτων του ασθενούς: Αυτονομία και Υπευθυνότητα στη λήψη ιατρικών αποφάσεων</w:t>
            </w:r>
          </w:p>
        </w:tc>
        <w:tc>
          <w:tcPr>
            <w:tcW w:w="1872" w:type="dxa"/>
            <w:shd w:val="clear" w:color="auto" w:fill="F9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5452ACC" w14:textId="77777777" w:rsidR="00270025" w:rsidRDefault="00000000">
            <w:pPr>
              <w:spacing w:before="20" w:after="20" w:line="260" w:lineRule="exact"/>
            </w:pPr>
            <w:r>
              <w:rPr>
                <w:sz w:val="18"/>
              </w:rPr>
              <w:t>Π. Καλληδώνης</w:t>
            </w:r>
          </w:p>
        </w:tc>
        <w:tc>
          <w:tcPr>
            <w:tcW w:w="2880" w:type="dxa"/>
            <w:shd w:val="clear" w:color="auto" w:fill="F9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987C8ED" w14:textId="41DCC967" w:rsidR="00270025" w:rsidRPr="00C4357B" w:rsidRDefault="00000000">
            <w:pPr>
              <w:spacing w:before="20" w:after="20" w:line="260" w:lineRule="exact"/>
              <w:rPr>
                <w:lang w:val="el-GR"/>
              </w:rPr>
            </w:pPr>
            <w:r w:rsidRPr="00C4357B">
              <w:rPr>
                <w:color w:val="1E5082"/>
                <w:sz w:val="18"/>
                <w:lang w:val="el-GR"/>
              </w:rPr>
              <w:t>Ιατρική ευθύνη και χρήση ουσιών στον αθλητισμό</w:t>
            </w:r>
            <w:r w:rsidR="00B56398">
              <w:rPr>
                <w:color w:val="1E5082"/>
                <w:sz w:val="18"/>
                <w:lang w:val="el-GR"/>
              </w:rPr>
              <w:t xml:space="preserve"> </w:t>
            </w:r>
            <w:r w:rsidR="00B56398" w:rsidRPr="000841FB">
              <w:rPr>
                <w:b/>
                <w:bCs/>
                <w:color w:val="C00000"/>
                <w:sz w:val="18"/>
                <w:lang w:val="el-GR"/>
              </w:rPr>
              <w:t xml:space="preserve">(Ν. </w:t>
            </w:r>
            <w:proofErr w:type="spellStart"/>
            <w:r w:rsidR="00B56398" w:rsidRPr="000841FB">
              <w:rPr>
                <w:b/>
                <w:bCs/>
                <w:color w:val="C00000"/>
                <w:sz w:val="18"/>
                <w:lang w:val="el-GR"/>
              </w:rPr>
              <w:t>Ντίντα</w:t>
            </w:r>
            <w:proofErr w:type="spellEnd"/>
            <w:r w:rsidR="00B56398" w:rsidRPr="000841FB">
              <w:rPr>
                <w:b/>
                <w:bCs/>
                <w:color w:val="C00000"/>
                <w:sz w:val="18"/>
                <w:lang w:val="el-GR"/>
              </w:rPr>
              <w:t>)</w:t>
            </w:r>
          </w:p>
        </w:tc>
      </w:tr>
      <w:tr w:rsidR="00270025" w:rsidRPr="00742E6F" w14:paraId="0477B082" w14:textId="77777777">
        <w:trPr>
          <w:cantSplit/>
          <w:jc w:val="center"/>
        </w:trPr>
        <w:tc>
          <w:tcPr>
            <w:tcW w:w="1584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71A704E" w14:textId="77777777" w:rsidR="00270025" w:rsidRDefault="00000000">
            <w:pPr>
              <w:spacing w:before="20" w:after="20" w:line="260" w:lineRule="exact"/>
            </w:pPr>
            <w:proofErr w:type="spellStart"/>
            <w:r>
              <w:rPr>
                <w:b/>
                <w:color w:val="1B365D"/>
                <w:sz w:val="18"/>
              </w:rPr>
              <w:t>Τρίτη</w:t>
            </w:r>
            <w:proofErr w:type="spellEnd"/>
          </w:p>
          <w:p w14:paraId="0C534258" w14:textId="77777777" w:rsidR="00270025" w:rsidRDefault="00000000">
            <w:pPr>
              <w:spacing w:before="20" w:after="20" w:line="260" w:lineRule="exact"/>
            </w:pPr>
            <w:r>
              <w:rPr>
                <w:b/>
                <w:color w:val="1B365D"/>
                <w:sz w:val="18"/>
              </w:rPr>
              <w:t>08.12.2026</w:t>
            </w:r>
          </w:p>
        </w:tc>
        <w:tc>
          <w:tcPr>
            <w:tcW w:w="3024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124F3EC" w14:textId="77777777" w:rsidR="00270025" w:rsidRDefault="00000000">
            <w:pPr>
              <w:spacing w:before="20" w:after="20" w:line="260" w:lineRule="exact"/>
            </w:pPr>
            <w:r>
              <w:rPr>
                <w:sz w:val="18"/>
              </w:rPr>
              <w:t>Η βιοηθική της έρευνας</w:t>
            </w:r>
          </w:p>
        </w:tc>
        <w:tc>
          <w:tcPr>
            <w:tcW w:w="187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1AE894A" w14:textId="77777777" w:rsidR="00270025" w:rsidRDefault="00000000">
            <w:pPr>
              <w:spacing w:before="20" w:after="20" w:line="260" w:lineRule="exact"/>
            </w:pPr>
            <w:r>
              <w:rPr>
                <w:sz w:val="18"/>
              </w:rPr>
              <w:t>Φ. Παληογιάννη</w:t>
            </w:r>
          </w:p>
        </w:tc>
        <w:tc>
          <w:tcPr>
            <w:tcW w:w="2880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FD5ACBC" w14:textId="47F7B617" w:rsidR="00270025" w:rsidRPr="00C4357B" w:rsidRDefault="00000000">
            <w:pPr>
              <w:spacing w:before="20" w:after="20" w:line="260" w:lineRule="exact"/>
              <w:rPr>
                <w:lang w:val="el-GR"/>
              </w:rPr>
            </w:pPr>
            <w:r w:rsidRPr="00C4357B">
              <w:rPr>
                <w:color w:val="1E5082"/>
                <w:sz w:val="18"/>
                <w:lang w:val="el-GR"/>
              </w:rPr>
              <w:t>• Έρευνα και καινοτόμες θεραπείες</w:t>
            </w:r>
            <w:r w:rsidR="005436A9">
              <w:rPr>
                <w:color w:val="1E5082"/>
                <w:sz w:val="18"/>
                <w:lang w:val="el-GR"/>
              </w:rPr>
              <w:t xml:space="preserve"> </w:t>
            </w:r>
            <w:r w:rsidR="005436A9" w:rsidRPr="002B6A50">
              <w:rPr>
                <w:b/>
                <w:bCs/>
                <w:color w:val="C00000"/>
                <w:sz w:val="18"/>
                <w:lang w:val="el-GR"/>
              </w:rPr>
              <w:t>(Γ. Βαμβακάρης, Α. Μπούκα)</w:t>
            </w:r>
          </w:p>
          <w:p w14:paraId="13505B67" w14:textId="62E73AC8" w:rsidR="00270025" w:rsidRDefault="00000000">
            <w:pPr>
              <w:spacing w:before="20" w:after="20" w:line="260" w:lineRule="exact"/>
              <w:rPr>
                <w:color w:val="1E5082"/>
                <w:sz w:val="18"/>
                <w:lang w:val="el-GR"/>
              </w:rPr>
            </w:pPr>
            <w:r w:rsidRPr="00C4357B">
              <w:rPr>
                <w:color w:val="1E5082"/>
                <w:sz w:val="18"/>
                <w:lang w:val="el-GR"/>
              </w:rPr>
              <w:t xml:space="preserve">• Χρήση </w:t>
            </w:r>
            <w:proofErr w:type="spellStart"/>
            <w:r w:rsidR="00BB2619" w:rsidRPr="00BB2619">
              <w:rPr>
                <w:color w:val="1E5082"/>
                <w:sz w:val="18"/>
                <w:lang w:val="el-GR"/>
              </w:rPr>
              <w:t>πειραματοζώων</w:t>
            </w:r>
            <w:proofErr w:type="spellEnd"/>
            <w:r w:rsidRPr="00C4357B">
              <w:rPr>
                <w:color w:val="1E5082"/>
                <w:sz w:val="18"/>
                <w:lang w:val="el-GR"/>
              </w:rPr>
              <w:t xml:space="preserve"> στην ιατρική έρευνα</w:t>
            </w:r>
            <w:r w:rsidR="00947D78">
              <w:rPr>
                <w:color w:val="1E5082"/>
                <w:sz w:val="18"/>
                <w:lang w:val="el-GR"/>
              </w:rPr>
              <w:t xml:space="preserve"> </w:t>
            </w:r>
            <w:r w:rsidR="00947D78" w:rsidRPr="002B6A50">
              <w:rPr>
                <w:b/>
                <w:bCs/>
                <w:color w:val="C00000"/>
                <w:sz w:val="18"/>
                <w:lang w:val="el-GR"/>
              </w:rPr>
              <w:t xml:space="preserve">(Α. </w:t>
            </w:r>
            <w:proofErr w:type="spellStart"/>
            <w:r w:rsidR="00947D78" w:rsidRPr="002B6A50">
              <w:rPr>
                <w:b/>
                <w:bCs/>
                <w:color w:val="C00000"/>
                <w:sz w:val="18"/>
                <w:lang w:val="el-GR"/>
              </w:rPr>
              <w:t>Γιαννακός</w:t>
            </w:r>
            <w:proofErr w:type="spellEnd"/>
            <w:r w:rsidR="00947D78" w:rsidRPr="002B6A50">
              <w:rPr>
                <w:b/>
                <w:bCs/>
                <w:color w:val="C00000"/>
                <w:sz w:val="18"/>
                <w:lang w:val="el-GR"/>
              </w:rPr>
              <w:t>)</w:t>
            </w:r>
          </w:p>
          <w:p w14:paraId="0CCF2D40" w14:textId="076B7D5E" w:rsidR="00270025" w:rsidRPr="00B56398" w:rsidRDefault="00B56398">
            <w:pPr>
              <w:spacing w:before="20" w:after="20" w:line="260" w:lineRule="exact"/>
              <w:rPr>
                <w:color w:val="1E5082"/>
                <w:sz w:val="18"/>
                <w:lang w:val="el-GR"/>
              </w:rPr>
            </w:pPr>
            <w:r w:rsidRPr="00C4357B">
              <w:rPr>
                <w:color w:val="1E5082"/>
                <w:sz w:val="18"/>
                <w:lang w:val="el-GR"/>
              </w:rPr>
              <w:t>• Χρήση εθιστικών ουσιών στην ιατρική έρευνα</w:t>
            </w:r>
            <w:r>
              <w:rPr>
                <w:color w:val="1E5082"/>
                <w:sz w:val="18"/>
                <w:lang w:val="el-GR"/>
              </w:rPr>
              <w:t xml:space="preserve"> </w:t>
            </w:r>
            <w:r w:rsidRPr="002B6A50">
              <w:rPr>
                <w:b/>
                <w:bCs/>
                <w:color w:val="C00000"/>
                <w:sz w:val="18"/>
                <w:lang w:val="el-GR"/>
              </w:rPr>
              <w:t xml:space="preserve">(Σ. </w:t>
            </w:r>
            <w:proofErr w:type="spellStart"/>
            <w:r w:rsidRPr="002B6A50">
              <w:rPr>
                <w:b/>
                <w:bCs/>
                <w:color w:val="C00000"/>
                <w:sz w:val="18"/>
                <w:lang w:val="el-GR"/>
              </w:rPr>
              <w:t>Χουσίδη</w:t>
            </w:r>
            <w:proofErr w:type="spellEnd"/>
            <w:r w:rsidRPr="002B6A50">
              <w:rPr>
                <w:b/>
                <w:bCs/>
                <w:color w:val="C00000"/>
                <w:sz w:val="18"/>
                <w:lang w:val="el-GR"/>
              </w:rPr>
              <w:t>)</w:t>
            </w:r>
          </w:p>
          <w:p w14:paraId="0307B7E3" w14:textId="364C5D32" w:rsidR="00270025" w:rsidRPr="00C4357B" w:rsidRDefault="00000000">
            <w:pPr>
              <w:spacing w:before="20" w:after="20" w:line="260" w:lineRule="exact"/>
              <w:rPr>
                <w:lang w:val="el-GR"/>
              </w:rPr>
            </w:pPr>
            <w:r w:rsidRPr="00C4357B">
              <w:rPr>
                <w:color w:val="1E5082"/>
                <w:sz w:val="18"/>
                <w:lang w:val="el-GR"/>
              </w:rPr>
              <w:t>• Ηθική ευθύνη και έρευνα του εγκεφάλου</w:t>
            </w:r>
            <w:r w:rsidR="003618B4">
              <w:rPr>
                <w:color w:val="1E5082"/>
                <w:sz w:val="18"/>
                <w:lang w:val="el-GR"/>
              </w:rPr>
              <w:t xml:space="preserve"> </w:t>
            </w:r>
            <w:r w:rsidR="003618B4" w:rsidRPr="002B6A50">
              <w:rPr>
                <w:b/>
                <w:bCs/>
                <w:color w:val="C00000"/>
                <w:sz w:val="18"/>
                <w:lang w:val="el-GR"/>
              </w:rPr>
              <w:t xml:space="preserve">(Ε. </w:t>
            </w:r>
            <w:proofErr w:type="spellStart"/>
            <w:r w:rsidR="003618B4" w:rsidRPr="002B6A50">
              <w:rPr>
                <w:b/>
                <w:bCs/>
                <w:color w:val="C00000"/>
                <w:sz w:val="18"/>
                <w:lang w:val="el-GR"/>
              </w:rPr>
              <w:t>Ζαμπάκης</w:t>
            </w:r>
            <w:proofErr w:type="spellEnd"/>
            <w:r w:rsidR="003618B4" w:rsidRPr="002B6A50">
              <w:rPr>
                <w:b/>
                <w:bCs/>
                <w:color w:val="C00000"/>
                <w:sz w:val="18"/>
                <w:lang w:val="el-GR"/>
              </w:rPr>
              <w:t>)</w:t>
            </w:r>
          </w:p>
          <w:p w14:paraId="29716526" w14:textId="77777777" w:rsidR="00270025" w:rsidRDefault="00000000">
            <w:pPr>
              <w:spacing w:before="20" w:after="20" w:line="260" w:lineRule="exact"/>
              <w:rPr>
                <w:color w:val="1E5082"/>
                <w:sz w:val="18"/>
                <w:lang w:val="el-GR"/>
              </w:rPr>
            </w:pPr>
            <w:r w:rsidRPr="003618B4">
              <w:rPr>
                <w:color w:val="1E5082"/>
                <w:sz w:val="18"/>
                <w:lang w:val="el-GR"/>
              </w:rPr>
              <w:t>• Φαρμακοβιομηχανίες και πειραματόζωα</w:t>
            </w:r>
            <w:r w:rsidR="003618B4">
              <w:rPr>
                <w:color w:val="1E5082"/>
                <w:sz w:val="18"/>
                <w:lang w:val="el-GR"/>
              </w:rPr>
              <w:t xml:space="preserve"> </w:t>
            </w:r>
            <w:r w:rsidR="003618B4" w:rsidRPr="002B6A50">
              <w:rPr>
                <w:b/>
                <w:bCs/>
                <w:color w:val="C00000"/>
                <w:sz w:val="18"/>
                <w:lang w:val="el-GR"/>
              </w:rPr>
              <w:t xml:space="preserve">(Ι. </w:t>
            </w:r>
            <w:proofErr w:type="spellStart"/>
            <w:r w:rsidR="003618B4" w:rsidRPr="002B6A50">
              <w:rPr>
                <w:b/>
                <w:bCs/>
                <w:color w:val="C00000"/>
                <w:sz w:val="18"/>
                <w:lang w:val="el-GR"/>
              </w:rPr>
              <w:t>Γκοτσόπουλος</w:t>
            </w:r>
            <w:proofErr w:type="spellEnd"/>
            <w:r w:rsidR="003618B4" w:rsidRPr="002B6A50">
              <w:rPr>
                <w:b/>
                <w:bCs/>
                <w:color w:val="C00000"/>
                <w:sz w:val="18"/>
                <w:lang w:val="el-GR"/>
              </w:rPr>
              <w:t>)</w:t>
            </w:r>
          </w:p>
          <w:p w14:paraId="5A262574" w14:textId="5BC70516" w:rsidR="00BB2619" w:rsidRPr="00BB2619" w:rsidRDefault="00BB2619">
            <w:pPr>
              <w:spacing w:before="20" w:after="20" w:line="260" w:lineRule="exact"/>
              <w:rPr>
                <w:color w:val="1E5082"/>
                <w:sz w:val="18"/>
                <w:lang w:val="el-GR"/>
              </w:rPr>
            </w:pPr>
          </w:p>
        </w:tc>
      </w:tr>
      <w:tr w:rsidR="00270025" w:rsidRPr="00742E6F" w14:paraId="177A1A64" w14:textId="77777777">
        <w:trPr>
          <w:cantSplit/>
          <w:jc w:val="center"/>
        </w:trPr>
        <w:tc>
          <w:tcPr>
            <w:tcW w:w="1584" w:type="dxa"/>
            <w:shd w:val="clear" w:color="auto" w:fill="F9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EBB1BC7" w14:textId="77777777" w:rsidR="00270025" w:rsidRDefault="00000000">
            <w:pPr>
              <w:spacing w:before="20" w:after="20" w:line="260" w:lineRule="exact"/>
            </w:pPr>
            <w:proofErr w:type="spellStart"/>
            <w:r>
              <w:rPr>
                <w:b/>
                <w:color w:val="1B365D"/>
                <w:sz w:val="18"/>
              </w:rPr>
              <w:t>Δευτέρ</w:t>
            </w:r>
            <w:proofErr w:type="spellEnd"/>
            <w:r>
              <w:rPr>
                <w:b/>
                <w:color w:val="1B365D"/>
                <w:sz w:val="18"/>
              </w:rPr>
              <w:t>α</w:t>
            </w:r>
          </w:p>
          <w:p w14:paraId="6B25961B" w14:textId="77777777" w:rsidR="00270025" w:rsidRDefault="00000000">
            <w:pPr>
              <w:spacing w:before="20" w:after="20" w:line="260" w:lineRule="exact"/>
            </w:pPr>
            <w:r>
              <w:rPr>
                <w:b/>
                <w:color w:val="1B365D"/>
                <w:sz w:val="18"/>
              </w:rPr>
              <w:t>14.12.2026</w:t>
            </w:r>
          </w:p>
        </w:tc>
        <w:tc>
          <w:tcPr>
            <w:tcW w:w="3024" w:type="dxa"/>
            <w:shd w:val="clear" w:color="auto" w:fill="F9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BFC6A8B" w14:textId="77777777" w:rsidR="00270025" w:rsidRDefault="00000000">
            <w:pPr>
              <w:spacing w:before="20" w:after="20" w:line="260" w:lineRule="exact"/>
            </w:pPr>
            <w:r>
              <w:rPr>
                <w:sz w:val="18"/>
              </w:rPr>
              <w:t>Αρχές Συνταγογράφησης</w:t>
            </w:r>
          </w:p>
        </w:tc>
        <w:tc>
          <w:tcPr>
            <w:tcW w:w="1872" w:type="dxa"/>
            <w:shd w:val="clear" w:color="auto" w:fill="F9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D901D27" w14:textId="77777777" w:rsidR="00270025" w:rsidRDefault="00000000">
            <w:pPr>
              <w:spacing w:before="20" w:after="20" w:line="260" w:lineRule="exact"/>
            </w:pPr>
            <w:r>
              <w:rPr>
                <w:sz w:val="18"/>
              </w:rPr>
              <w:t>Μ. Μαραγκός</w:t>
            </w:r>
          </w:p>
        </w:tc>
        <w:tc>
          <w:tcPr>
            <w:tcW w:w="2880" w:type="dxa"/>
            <w:shd w:val="clear" w:color="auto" w:fill="F9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CBB4605" w14:textId="371B6497" w:rsidR="00270025" w:rsidRPr="005E4ED8" w:rsidRDefault="005E4ED8" w:rsidP="005E4ED8">
            <w:pPr>
              <w:spacing w:before="20" w:after="20" w:line="260" w:lineRule="exact"/>
              <w:rPr>
                <w:lang w:val="el-GR"/>
              </w:rPr>
            </w:pPr>
            <w:r w:rsidRPr="005E4ED8">
              <w:rPr>
                <w:color w:val="1F497D" w:themeColor="text2"/>
                <w:sz w:val="18"/>
                <w:lang w:val="el-GR"/>
              </w:rPr>
              <w:t xml:space="preserve">Χρήση </w:t>
            </w:r>
            <w:proofErr w:type="spellStart"/>
            <w:r w:rsidRPr="005E4ED8">
              <w:rPr>
                <w:color w:val="1F497D" w:themeColor="text2"/>
                <w:sz w:val="18"/>
                <w:lang w:val="el-GR"/>
              </w:rPr>
              <w:t>συνταγογραφούμενων</w:t>
            </w:r>
            <w:proofErr w:type="spellEnd"/>
            <w:r w:rsidRPr="005E4ED8">
              <w:rPr>
                <w:color w:val="1F497D" w:themeColor="text2"/>
                <w:sz w:val="18"/>
                <w:lang w:val="el-GR"/>
              </w:rPr>
              <w:t xml:space="preserve"> ψυχοδιεγερτικών ουσιών για βελτίωση της απόδοσης σε ιατρούς </w:t>
            </w:r>
            <w:r w:rsidRPr="002B6A50">
              <w:rPr>
                <w:b/>
                <w:bCs/>
                <w:color w:val="C00000"/>
                <w:sz w:val="18"/>
                <w:lang w:val="el-GR"/>
              </w:rPr>
              <w:t xml:space="preserve">(Α. </w:t>
            </w:r>
            <w:proofErr w:type="spellStart"/>
            <w:r w:rsidRPr="002B6A50">
              <w:rPr>
                <w:b/>
                <w:bCs/>
                <w:color w:val="C00000"/>
                <w:sz w:val="18"/>
                <w:lang w:val="el-GR"/>
              </w:rPr>
              <w:t>Δερεκενάρης</w:t>
            </w:r>
            <w:proofErr w:type="spellEnd"/>
            <w:r w:rsidRPr="002B6A50">
              <w:rPr>
                <w:b/>
                <w:bCs/>
                <w:color w:val="C00000"/>
                <w:sz w:val="18"/>
                <w:lang w:val="el-GR"/>
              </w:rPr>
              <w:t>)</w:t>
            </w:r>
            <w:r w:rsidRPr="005E4ED8">
              <w:rPr>
                <w:color w:val="1F497D" w:themeColor="text2"/>
                <w:sz w:val="18"/>
                <w:lang w:val="el-GR"/>
              </w:rPr>
              <w:t xml:space="preserve"> </w:t>
            </w:r>
          </w:p>
        </w:tc>
      </w:tr>
      <w:tr w:rsidR="00270025" w:rsidRPr="00023AE9" w14:paraId="2981EE45" w14:textId="77777777">
        <w:trPr>
          <w:cantSplit/>
          <w:jc w:val="center"/>
        </w:trPr>
        <w:tc>
          <w:tcPr>
            <w:tcW w:w="1584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253295F" w14:textId="77777777" w:rsidR="00270025" w:rsidRDefault="00000000">
            <w:pPr>
              <w:spacing w:before="20" w:after="20" w:line="260" w:lineRule="exact"/>
            </w:pPr>
            <w:proofErr w:type="spellStart"/>
            <w:r>
              <w:rPr>
                <w:b/>
                <w:color w:val="1B365D"/>
                <w:sz w:val="18"/>
              </w:rPr>
              <w:t>Τρίτη</w:t>
            </w:r>
            <w:proofErr w:type="spellEnd"/>
          </w:p>
          <w:p w14:paraId="0B670073" w14:textId="77777777" w:rsidR="00270025" w:rsidRDefault="00000000">
            <w:pPr>
              <w:spacing w:before="20" w:after="20" w:line="260" w:lineRule="exact"/>
            </w:pPr>
            <w:r>
              <w:rPr>
                <w:b/>
                <w:color w:val="1B365D"/>
                <w:sz w:val="18"/>
              </w:rPr>
              <w:t>15.12.2026</w:t>
            </w:r>
          </w:p>
        </w:tc>
        <w:tc>
          <w:tcPr>
            <w:tcW w:w="3024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988F494" w14:textId="77777777" w:rsidR="00270025" w:rsidRDefault="00000000">
            <w:pPr>
              <w:spacing w:before="20" w:after="20" w:line="260" w:lineRule="exact"/>
            </w:pPr>
            <w:r>
              <w:rPr>
                <w:sz w:val="18"/>
              </w:rPr>
              <w:t>Βιοηθική και γήρας</w:t>
            </w:r>
          </w:p>
        </w:tc>
        <w:tc>
          <w:tcPr>
            <w:tcW w:w="1872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BF63BCE" w14:textId="77777777" w:rsidR="00270025" w:rsidRPr="00742E6F" w:rsidRDefault="00000000">
            <w:pPr>
              <w:spacing w:before="20" w:after="20" w:line="260" w:lineRule="exact"/>
              <w:rPr>
                <w:sz w:val="18"/>
                <w:lang w:val="el-GR"/>
              </w:rPr>
            </w:pPr>
            <w:r w:rsidRPr="00742E6F">
              <w:rPr>
                <w:sz w:val="18"/>
                <w:lang w:val="el-GR"/>
              </w:rPr>
              <w:t>Σ. Λυγερός</w:t>
            </w:r>
          </w:p>
          <w:p w14:paraId="661B791A" w14:textId="3012094F" w:rsidR="00023AE9" w:rsidRPr="00023AE9" w:rsidRDefault="00023AE9">
            <w:pPr>
              <w:spacing w:before="20" w:after="20" w:line="260" w:lineRule="exact"/>
              <w:rPr>
                <w:lang w:val="el-GR"/>
              </w:rPr>
            </w:pPr>
            <w:r>
              <w:rPr>
                <w:sz w:val="18"/>
              </w:rPr>
              <w:t>Z</w:t>
            </w:r>
            <w:r w:rsidRPr="00023AE9">
              <w:rPr>
                <w:sz w:val="18"/>
                <w:lang w:val="el-GR"/>
              </w:rPr>
              <w:t xml:space="preserve">. </w:t>
            </w:r>
            <w:r>
              <w:rPr>
                <w:sz w:val="18"/>
                <w:lang w:val="el-GR"/>
              </w:rPr>
              <w:t xml:space="preserve">Κεφαλοπούλου για παρουσιάσεις φοιτητών </w:t>
            </w:r>
          </w:p>
        </w:tc>
        <w:tc>
          <w:tcPr>
            <w:tcW w:w="2880" w:type="dxa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FEF88B1" w14:textId="77777777" w:rsidR="002B6A50" w:rsidRDefault="00000000">
            <w:pPr>
              <w:spacing w:before="20" w:after="20" w:line="260" w:lineRule="exact"/>
              <w:rPr>
                <w:color w:val="1E5082"/>
                <w:sz w:val="18"/>
                <w:lang w:val="el-GR"/>
              </w:rPr>
            </w:pPr>
            <w:r w:rsidRPr="00023AE9">
              <w:rPr>
                <w:color w:val="1E5082"/>
                <w:sz w:val="18"/>
                <w:lang w:val="el-GR"/>
              </w:rPr>
              <w:t xml:space="preserve">• </w:t>
            </w:r>
            <w:r w:rsidR="00023AE9">
              <w:rPr>
                <w:color w:val="1E5082"/>
                <w:sz w:val="18"/>
                <w:lang w:val="el-GR"/>
              </w:rPr>
              <w:t xml:space="preserve">Ηθικά διλήμματα κατά τη χρήση </w:t>
            </w:r>
            <w:r w:rsidR="00023AE9">
              <w:rPr>
                <w:color w:val="1E5082"/>
                <w:sz w:val="18"/>
                <w:lang w:val="en-GB"/>
              </w:rPr>
              <w:t>stem</w:t>
            </w:r>
            <w:r w:rsidR="00023AE9" w:rsidRPr="00023AE9">
              <w:rPr>
                <w:color w:val="1E5082"/>
                <w:sz w:val="18"/>
                <w:lang w:val="el-GR"/>
              </w:rPr>
              <w:t xml:space="preserve"> </w:t>
            </w:r>
            <w:r w:rsidR="00023AE9">
              <w:rPr>
                <w:color w:val="1E5082"/>
                <w:sz w:val="18"/>
                <w:lang w:val="en-GB"/>
              </w:rPr>
              <w:t>cells</w:t>
            </w:r>
            <w:r w:rsidR="00023AE9" w:rsidRPr="00023AE9">
              <w:rPr>
                <w:color w:val="1E5082"/>
                <w:sz w:val="18"/>
                <w:lang w:val="el-GR"/>
              </w:rPr>
              <w:t xml:space="preserve"> </w:t>
            </w:r>
            <w:r w:rsidR="00023AE9">
              <w:rPr>
                <w:color w:val="1E5082"/>
                <w:sz w:val="18"/>
                <w:lang w:val="el-GR"/>
              </w:rPr>
              <w:t xml:space="preserve">για την θεραπεία νευρολογικών νοσημάτων </w:t>
            </w:r>
          </w:p>
          <w:p w14:paraId="37BB9AD6" w14:textId="70FF5F14" w:rsidR="00270025" w:rsidRPr="002B6A50" w:rsidRDefault="00023AE9">
            <w:pPr>
              <w:spacing w:before="20" w:after="20" w:line="260" w:lineRule="exact"/>
              <w:rPr>
                <w:b/>
                <w:bCs/>
                <w:color w:val="C00000"/>
                <w:sz w:val="18"/>
                <w:lang w:val="el-GR"/>
              </w:rPr>
            </w:pPr>
            <w:r w:rsidRPr="002B6A50">
              <w:rPr>
                <w:b/>
                <w:bCs/>
                <w:color w:val="C00000"/>
                <w:sz w:val="18"/>
                <w:lang w:val="el-GR"/>
              </w:rPr>
              <w:t>(Π. Γεωργίου)</w:t>
            </w:r>
          </w:p>
          <w:p w14:paraId="1C96A9C3" w14:textId="77777777" w:rsidR="002B6A50" w:rsidRDefault="0027431F">
            <w:pPr>
              <w:spacing w:before="20" w:after="20" w:line="260" w:lineRule="exact"/>
              <w:rPr>
                <w:color w:val="1E5082"/>
                <w:sz w:val="18"/>
                <w:lang w:val="el-GR"/>
              </w:rPr>
            </w:pPr>
            <w:r w:rsidRPr="00023AE9">
              <w:rPr>
                <w:color w:val="1E5082"/>
                <w:sz w:val="18"/>
                <w:lang w:val="el-GR"/>
              </w:rPr>
              <w:t xml:space="preserve">• </w:t>
            </w:r>
            <w:r>
              <w:rPr>
                <w:color w:val="1E5082"/>
                <w:sz w:val="18"/>
                <w:lang w:val="el-GR"/>
              </w:rPr>
              <w:t xml:space="preserve">Ηθικά διλήμματα </w:t>
            </w:r>
            <w:r w:rsidR="00BB2619">
              <w:rPr>
                <w:color w:val="1E5082"/>
                <w:sz w:val="18"/>
                <w:lang w:val="el-GR"/>
              </w:rPr>
              <w:t>στα νευρολογικά νοσήματα</w:t>
            </w:r>
            <w:r>
              <w:rPr>
                <w:color w:val="1E5082"/>
                <w:sz w:val="18"/>
                <w:lang w:val="el-GR"/>
              </w:rPr>
              <w:t xml:space="preserve"> </w:t>
            </w:r>
          </w:p>
          <w:p w14:paraId="4701C225" w14:textId="735B9CAE" w:rsidR="0027431F" w:rsidRPr="002B6A50" w:rsidRDefault="0027431F">
            <w:pPr>
              <w:spacing w:before="20" w:after="20" w:line="260" w:lineRule="exact"/>
              <w:rPr>
                <w:b/>
                <w:bCs/>
                <w:color w:val="1E5082"/>
                <w:sz w:val="18"/>
                <w:lang w:val="el-GR"/>
              </w:rPr>
            </w:pPr>
            <w:r w:rsidRPr="002B6A50">
              <w:rPr>
                <w:b/>
                <w:bCs/>
                <w:color w:val="C00000"/>
                <w:sz w:val="18"/>
                <w:lang w:val="el-GR"/>
              </w:rPr>
              <w:t>(</w:t>
            </w:r>
            <w:r w:rsidR="00BB2619" w:rsidRPr="002B6A50">
              <w:rPr>
                <w:b/>
                <w:bCs/>
                <w:color w:val="C00000"/>
                <w:sz w:val="18"/>
                <w:lang w:val="el-GR"/>
              </w:rPr>
              <w:t>Σ</w:t>
            </w:r>
            <w:r w:rsidRPr="002B6A50">
              <w:rPr>
                <w:b/>
                <w:bCs/>
                <w:color w:val="C00000"/>
                <w:sz w:val="18"/>
                <w:lang w:val="el-GR"/>
              </w:rPr>
              <w:t xml:space="preserve">. </w:t>
            </w:r>
            <w:r w:rsidR="00BB2619" w:rsidRPr="002B6A50">
              <w:rPr>
                <w:b/>
                <w:bCs/>
                <w:color w:val="C00000"/>
                <w:sz w:val="18"/>
                <w:lang w:val="el-GR"/>
              </w:rPr>
              <w:t>Δουγαλή</w:t>
            </w:r>
            <w:r w:rsidRPr="002B6A50">
              <w:rPr>
                <w:b/>
                <w:bCs/>
                <w:color w:val="C00000"/>
                <w:sz w:val="18"/>
                <w:lang w:val="el-GR"/>
              </w:rPr>
              <w:t>)</w:t>
            </w:r>
          </w:p>
        </w:tc>
      </w:tr>
    </w:tbl>
    <w:p w14:paraId="789E84F6" w14:textId="77777777" w:rsidR="00270025" w:rsidRPr="00023AE9" w:rsidRDefault="00270025">
      <w:pPr>
        <w:spacing w:after="280"/>
        <w:rPr>
          <w:lang w:val="el-GR"/>
        </w:rPr>
      </w:pPr>
    </w:p>
    <w:p w14:paraId="745FBE89" w14:textId="77777777" w:rsidR="00270025" w:rsidRDefault="00000000">
      <w:pPr>
        <w:pStyle w:val="Heading2"/>
        <w:spacing w:before="280" w:after="120"/>
      </w:pPr>
      <w:r>
        <w:rPr>
          <w:rFonts w:ascii="Calibri" w:hAnsi="Calibri"/>
          <w:color w:val="1B365D"/>
        </w:rPr>
        <w:t>Οδηγίες Παρουσιάσεων &amp; Προσομοιώσεων Διαλόγων</w:t>
      </w:r>
    </w:p>
    <w:p w14:paraId="181D80A3" w14:textId="77777777" w:rsidR="00270025" w:rsidRPr="00C4357B" w:rsidRDefault="00000000">
      <w:pPr>
        <w:spacing w:before="40" w:after="80"/>
        <w:rPr>
          <w:lang w:val="el-GR"/>
        </w:rPr>
      </w:pPr>
      <w:r w:rsidRPr="00C4357B">
        <w:rPr>
          <w:b/>
          <w:color w:val="1B365D"/>
          <w:sz w:val="20"/>
          <w:lang w:val="el-GR"/>
        </w:rPr>
        <w:t xml:space="preserve">•  Διάρκεια Παρουσίασης: </w:t>
      </w:r>
      <w:r w:rsidRPr="00C4357B">
        <w:rPr>
          <w:sz w:val="20"/>
          <w:lang w:val="el-GR"/>
        </w:rPr>
        <w:t>Κάθε εργασία / παρουσίαση πρέπει να διαρκεί 10 λεπτά το μέγιστο.</w:t>
      </w:r>
    </w:p>
    <w:p w14:paraId="3EDCB239" w14:textId="77777777" w:rsidR="00270025" w:rsidRPr="00C4357B" w:rsidRDefault="00000000">
      <w:pPr>
        <w:spacing w:before="40" w:after="80"/>
        <w:rPr>
          <w:lang w:val="el-GR"/>
        </w:rPr>
      </w:pPr>
      <w:r w:rsidRPr="00C4357B">
        <w:rPr>
          <w:b/>
          <w:color w:val="1B365D"/>
          <w:sz w:val="20"/>
          <w:lang w:val="el-GR"/>
        </w:rPr>
        <w:t xml:space="preserve">•  Εκπαιδευτικός Στόχος: </w:t>
      </w:r>
      <w:r w:rsidRPr="00C4357B">
        <w:rPr>
          <w:sz w:val="20"/>
          <w:lang w:val="el-GR"/>
        </w:rPr>
        <w:t xml:space="preserve">Κύριος στόχος είναι η ενεργός συμμετοχή των φοιτητών, η προαγωγή γόνιμου διαλόγου και η διαμόρφωση του κεντρικού ερωτήματος που αναδεικνύει τα </w:t>
      </w:r>
      <w:proofErr w:type="spellStart"/>
      <w:r w:rsidRPr="00C4357B">
        <w:rPr>
          <w:sz w:val="20"/>
          <w:lang w:val="el-GR"/>
        </w:rPr>
        <w:t>βιοηθικά</w:t>
      </w:r>
      <w:proofErr w:type="spellEnd"/>
      <w:r w:rsidRPr="00C4357B">
        <w:rPr>
          <w:sz w:val="20"/>
          <w:lang w:val="el-GR"/>
        </w:rPr>
        <w:t xml:space="preserve"> διλήμματα (και όχι η εκτεταμένη θεωρητική ανάλυση).</w:t>
      </w:r>
    </w:p>
    <w:p w14:paraId="33AE19B6" w14:textId="77777777" w:rsidR="00270025" w:rsidRPr="00C4357B" w:rsidRDefault="00000000">
      <w:pPr>
        <w:spacing w:before="40" w:after="80"/>
        <w:rPr>
          <w:lang w:val="el-GR"/>
        </w:rPr>
      </w:pPr>
      <w:r w:rsidRPr="00C4357B">
        <w:rPr>
          <w:b/>
          <w:color w:val="1B365D"/>
          <w:sz w:val="20"/>
          <w:lang w:val="el-GR"/>
        </w:rPr>
        <w:t xml:space="preserve">•  Μορφή Παρουσιάσεων: </w:t>
      </w:r>
      <w:r w:rsidRPr="00C4357B">
        <w:rPr>
          <w:sz w:val="20"/>
          <w:lang w:val="el-GR"/>
        </w:rPr>
        <w:t>Σύντομες παρουσιάσεις μέσω διαφανειών (</w:t>
      </w:r>
      <w:r>
        <w:rPr>
          <w:sz w:val="20"/>
        </w:rPr>
        <w:t>slides</w:t>
      </w:r>
      <w:r w:rsidRPr="00C4357B">
        <w:rPr>
          <w:sz w:val="20"/>
          <w:lang w:val="el-GR"/>
        </w:rPr>
        <w:t>) ή συμμετοχή σε προσομοιώσεις διαλόγων/μελέτες περίπτωσης υπό την επίβλεψη των αντίστοιχων διδασκόντων.</w:t>
      </w:r>
    </w:p>
    <w:p w14:paraId="391D2F43" w14:textId="77777777" w:rsidR="00270025" w:rsidRPr="00C4357B" w:rsidRDefault="00000000">
      <w:pPr>
        <w:spacing w:before="40" w:after="80"/>
        <w:rPr>
          <w:lang w:val="el-GR"/>
        </w:rPr>
      </w:pPr>
      <w:r w:rsidRPr="00C4357B">
        <w:rPr>
          <w:b/>
          <w:color w:val="1B365D"/>
          <w:sz w:val="20"/>
          <w:lang w:val="el-GR"/>
        </w:rPr>
        <w:t xml:space="preserve">•  Δυνατότητα Τροποποιήσεων: </w:t>
      </w:r>
      <w:r w:rsidRPr="00C4357B">
        <w:rPr>
          <w:sz w:val="20"/>
          <w:lang w:val="el-GR"/>
        </w:rPr>
        <w:t>Ενδέχεται να προταθούν ορισμένες αλλαγές στο πρόγραμμα, ανάλογα με τη διαθεσιμότητα των ομιλητών και τυχόν αιτήματα των φοιτητών.</w:t>
      </w:r>
    </w:p>
    <w:sectPr w:rsidR="00270025" w:rsidRPr="00C4357B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A4303" w14:textId="77777777" w:rsidR="007529C1" w:rsidRDefault="007529C1">
      <w:pPr>
        <w:spacing w:after="0" w:line="240" w:lineRule="auto"/>
      </w:pPr>
      <w:r>
        <w:separator/>
      </w:r>
    </w:p>
  </w:endnote>
  <w:endnote w:type="continuationSeparator" w:id="0">
    <w:p w14:paraId="4DB88994" w14:textId="77777777" w:rsidR="007529C1" w:rsidRDefault="00752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7A812" w14:textId="77777777" w:rsidR="00270025" w:rsidRDefault="00000000">
    <w:pPr>
      <w:pStyle w:val="Footer"/>
      <w:jc w:val="center"/>
    </w:pPr>
    <w:proofErr w:type="spellStart"/>
    <w:r>
      <w:rPr>
        <w:color w:val="787878"/>
        <w:sz w:val="18"/>
      </w:rPr>
      <w:t>Σελίδ</w:t>
    </w:r>
    <w:proofErr w:type="spellEnd"/>
    <w:r>
      <w:rPr>
        <w:color w:val="787878"/>
        <w:sz w:val="18"/>
      </w:rPr>
      <w:t xml:space="preserve">α </w:t>
    </w:r>
    <w:r>
      <w:fldChar w:fldCharType="begin"/>
    </w:r>
    <w:r>
      <w:instrText>PAGE</w:instrText>
    </w:r>
    <w:r>
      <w:fldChar w:fldCharType="separate"/>
    </w:r>
    <w:r w:rsidR="00C4357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98BE4" w14:textId="77777777" w:rsidR="007529C1" w:rsidRDefault="007529C1">
      <w:pPr>
        <w:spacing w:after="0" w:line="240" w:lineRule="auto"/>
      </w:pPr>
      <w:r>
        <w:separator/>
      </w:r>
    </w:p>
  </w:footnote>
  <w:footnote w:type="continuationSeparator" w:id="0">
    <w:p w14:paraId="14085DB1" w14:textId="77777777" w:rsidR="007529C1" w:rsidRDefault="007529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268C4" w14:textId="77777777" w:rsidR="00270025" w:rsidRPr="00C4357B" w:rsidRDefault="00000000">
    <w:pPr>
      <w:pStyle w:val="Header"/>
      <w:jc w:val="right"/>
      <w:rPr>
        <w:lang w:val="el-GR"/>
      </w:rPr>
    </w:pPr>
    <w:r w:rsidRPr="00C4357B">
      <w:rPr>
        <w:color w:val="787878"/>
        <w:sz w:val="17"/>
        <w:lang w:val="el-GR"/>
      </w:rPr>
      <w:t>Πανεπιστήμιο Πατρών | Τμήμα Ιατρικής — Πρόγραμμα Μαθήματος «Βιοηθική» 2026-2027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3525EC"/>
    <w:multiLevelType w:val="hybridMultilevel"/>
    <w:tmpl w:val="B2D082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2600818">
    <w:abstractNumId w:val="8"/>
  </w:num>
  <w:num w:numId="2" w16cid:durableId="1228153369">
    <w:abstractNumId w:val="6"/>
  </w:num>
  <w:num w:numId="3" w16cid:durableId="1787772821">
    <w:abstractNumId w:val="5"/>
  </w:num>
  <w:num w:numId="4" w16cid:durableId="1457141984">
    <w:abstractNumId w:val="4"/>
  </w:num>
  <w:num w:numId="5" w16cid:durableId="583491977">
    <w:abstractNumId w:val="7"/>
  </w:num>
  <w:num w:numId="6" w16cid:durableId="1187255257">
    <w:abstractNumId w:val="3"/>
  </w:num>
  <w:num w:numId="7" w16cid:durableId="512190849">
    <w:abstractNumId w:val="2"/>
  </w:num>
  <w:num w:numId="8" w16cid:durableId="1113869036">
    <w:abstractNumId w:val="1"/>
  </w:num>
  <w:num w:numId="9" w16cid:durableId="1400205634">
    <w:abstractNumId w:val="0"/>
  </w:num>
  <w:num w:numId="10" w16cid:durableId="10780197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3AE9"/>
    <w:rsid w:val="00034616"/>
    <w:rsid w:val="0006063C"/>
    <w:rsid w:val="000841FB"/>
    <w:rsid w:val="000F5F5E"/>
    <w:rsid w:val="00113824"/>
    <w:rsid w:val="0015074B"/>
    <w:rsid w:val="00270025"/>
    <w:rsid w:val="0027431F"/>
    <w:rsid w:val="0029639D"/>
    <w:rsid w:val="002B0134"/>
    <w:rsid w:val="002B6A50"/>
    <w:rsid w:val="00303FBD"/>
    <w:rsid w:val="00326F90"/>
    <w:rsid w:val="003618B4"/>
    <w:rsid w:val="005436A9"/>
    <w:rsid w:val="005E4ED8"/>
    <w:rsid w:val="00742E6F"/>
    <w:rsid w:val="007529C1"/>
    <w:rsid w:val="00947D78"/>
    <w:rsid w:val="009B08BA"/>
    <w:rsid w:val="00AA1D8D"/>
    <w:rsid w:val="00B47730"/>
    <w:rsid w:val="00B56398"/>
    <w:rsid w:val="00BB2619"/>
    <w:rsid w:val="00C4357B"/>
    <w:rsid w:val="00C94151"/>
    <w:rsid w:val="00CA712F"/>
    <w:rsid w:val="00CB0664"/>
    <w:rsid w:val="00FC34A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1555D8"/>
  <w14:defaultImageDpi w14:val="300"/>
  <w15:docId w15:val="{EEA8A821-FC8E-4375-A6C3-B0345ED00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2828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5</Pages>
  <Words>849</Words>
  <Characters>4843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Αναλυτικό Πρόγραμμα Μαθημάτων &amp; Ενταγμένα Θέματα Παρουσιάσεων</vt:lpstr>
      <vt:lpstr>    Οδηγίες Παρουσιάσεων &amp; Προσομοιώσεων Διαλόγων</vt:lpstr>
    </vt:vector>
  </TitlesOfParts>
  <Manager/>
  <Company/>
  <LinksUpToDate>false</LinksUpToDate>
  <CharactersWithSpaces>5681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Κεφαλοπούλου Ζηνοβία-Μαρία</cp:lastModifiedBy>
  <cp:revision>4</cp:revision>
  <dcterms:created xsi:type="dcterms:W3CDTF">2013-12-23T23:15:00Z</dcterms:created>
  <dcterms:modified xsi:type="dcterms:W3CDTF">2026-10-11T18:48:00Z</dcterms:modified>
  <cp:category/>
</cp:coreProperties>
</file>